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1856" w:rsidRPr="00AC62F7" w:rsidRDefault="00232210" w:rsidP="00AC62F7">
      <w:pPr>
        <w:pStyle w:val="Ttulo1"/>
        <w:tabs>
          <w:tab w:val="left" w:pos="7392"/>
        </w:tabs>
        <w:spacing w:before="0"/>
        <w:jc w:val="center"/>
        <w:rPr>
          <w:rFonts w:cstheme="majorHAnsi"/>
          <w:color w:val="000000" w:themeColor="text1"/>
          <w:sz w:val="32"/>
          <w:szCs w:val="32"/>
          <w:lang w:val="es-ES"/>
        </w:rPr>
      </w:pPr>
      <w:r w:rsidRPr="00AC62F7">
        <w:rPr>
          <w:rFonts w:cstheme="majorHAnsi"/>
          <w:color w:val="000000" w:themeColor="text1"/>
          <w:sz w:val="32"/>
          <w:szCs w:val="32"/>
          <w:lang w:val="es-ES"/>
        </w:rPr>
        <w:t>MATRÍC</w:t>
      </w:r>
      <w:r w:rsidR="00B5445B" w:rsidRPr="00AC62F7">
        <w:rPr>
          <w:rFonts w:cstheme="majorHAnsi"/>
          <w:color w:val="000000" w:themeColor="text1"/>
          <w:sz w:val="32"/>
          <w:szCs w:val="32"/>
          <w:lang w:val="es-ES"/>
        </w:rPr>
        <w:t xml:space="preserve">ULA </w:t>
      </w:r>
      <w:r w:rsidR="00AC62F7" w:rsidRPr="00AC62F7">
        <w:rPr>
          <w:rFonts w:cstheme="majorHAnsi"/>
          <w:color w:val="000000" w:themeColor="text1"/>
          <w:sz w:val="32"/>
          <w:szCs w:val="32"/>
          <w:lang w:val="es-ES"/>
        </w:rPr>
        <w:t>1</w:t>
      </w:r>
      <w:r w:rsidR="00B5445B" w:rsidRPr="00AC62F7">
        <w:rPr>
          <w:rFonts w:cstheme="majorHAnsi"/>
          <w:color w:val="000000" w:themeColor="text1"/>
          <w:sz w:val="32"/>
          <w:szCs w:val="32"/>
          <w:lang w:val="es-ES"/>
        </w:rPr>
        <w:t xml:space="preserve">º </w:t>
      </w:r>
      <w:r w:rsidR="00343182" w:rsidRPr="00AC62F7">
        <w:rPr>
          <w:rFonts w:cstheme="majorHAnsi"/>
          <w:color w:val="000000" w:themeColor="text1"/>
          <w:sz w:val="32"/>
          <w:szCs w:val="32"/>
          <w:lang w:val="es-ES"/>
        </w:rPr>
        <w:t>ESO</w:t>
      </w:r>
    </w:p>
    <w:tbl>
      <w:tblPr>
        <w:tblStyle w:val="TableNormal"/>
        <w:tblW w:w="109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102"/>
        <w:gridCol w:w="257"/>
        <w:gridCol w:w="475"/>
        <w:gridCol w:w="151"/>
        <w:gridCol w:w="336"/>
        <w:gridCol w:w="411"/>
        <w:gridCol w:w="20"/>
        <w:gridCol w:w="1299"/>
        <w:gridCol w:w="360"/>
        <w:gridCol w:w="1676"/>
        <w:gridCol w:w="1606"/>
        <w:gridCol w:w="333"/>
        <w:gridCol w:w="1949"/>
        <w:gridCol w:w="23"/>
      </w:tblGrid>
      <w:tr w:rsidR="00B5445B" w:rsidRPr="00AC62F7" w:rsidTr="00FE5B9C">
        <w:trPr>
          <w:trHeight w:val="230"/>
        </w:trPr>
        <w:tc>
          <w:tcPr>
            <w:tcW w:w="109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B5445B" w:rsidRPr="00B5445B" w:rsidRDefault="00B5445B" w:rsidP="00B5445B">
            <w:pPr>
              <w:pStyle w:val="TableParagraph"/>
              <w:spacing w:line="210" w:lineRule="exact"/>
              <w:ind w:left="107"/>
              <w:rPr>
                <w:rFonts w:asciiTheme="majorHAnsi" w:hAnsiTheme="majorHAnsi" w:cstheme="majorHAnsi"/>
                <w:b/>
              </w:rPr>
            </w:pPr>
            <w:r w:rsidRPr="00B5445B">
              <w:rPr>
                <w:rFonts w:asciiTheme="majorHAnsi" w:hAnsiTheme="majorHAnsi" w:cstheme="majorHAnsi"/>
                <w:b/>
              </w:rPr>
              <w:t>DATOS</w:t>
            </w:r>
            <w:r w:rsidRPr="00B5445B">
              <w:rPr>
                <w:rFonts w:asciiTheme="majorHAnsi" w:hAnsiTheme="majorHAnsi" w:cstheme="majorHAnsi"/>
                <w:b/>
                <w:spacing w:val="-8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PERSONALES</w:t>
            </w:r>
            <w:r w:rsidR="00AC62F7">
              <w:rPr>
                <w:rFonts w:asciiTheme="majorHAnsi" w:hAnsiTheme="majorHAnsi" w:cstheme="majorHAnsi"/>
                <w:b/>
              </w:rPr>
              <w:t xml:space="preserve"> DEL ALUMNO O ALUMNA</w:t>
            </w:r>
          </w:p>
        </w:tc>
      </w:tr>
      <w:tr w:rsidR="00B5445B" w:rsidRPr="00AC62F7" w:rsidTr="00FE5B9C">
        <w:trPr>
          <w:trHeight w:val="57"/>
        </w:trPr>
        <w:tc>
          <w:tcPr>
            <w:tcW w:w="10998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5445B" w:rsidRDefault="00B5445B" w:rsidP="0012355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B5445B" w:rsidRPr="00343182" w:rsidTr="00FE5B9C">
        <w:trPr>
          <w:trHeight w:val="498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257" w:type="dxa"/>
            <w:tcBorders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373" w:type="dxa"/>
            <w:gridSpan w:val="4"/>
            <w:tcBorders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20" w:type="dxa"/>
            <w:tcBorders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3335" w:type="dxa"/>
            <w:gridSpan w:val="3"/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20"/>
              </w:rPr>
            </w:pPr>
          </w:p>
          <w:p w:rsidR="00B5445B" w:rsidRPr="00B5445B" w:rsidRDefault="00B5445B" w:rsidP="00123558">
            <w:pPr>
              <w:pStyle w:val="TableParagraph"/>
              <w:spacing w:before="40"/>
              <w:rPr>
                <w:rFonts w:asciiTheme="majorHAnsi" w:hAnsiTheme="majorHAnsi" w:cstheme="majorHAnsi"/>
                <w:sz w:val="20"/>
              </w:rPr>
            </w:pPr>
          </w:p>
          <w:p w:rsidR="00B5445B" w:rsidRPr="00B5445B" w:rsidRDefault="00B5445B" w:rsidP="00123558">
            <w:pPr>
              <w:pStyle w:val="TableParagraph"/>
              <w:spacing w:line="20" w:lineRule="exact"/>
              <w:ind w:left="275"/>
              <w:rPr>
                <w:rFonts w:asciiTheme="majorHAnsi" w:hAnsiTheme="majorHAnsi" w:cstheme="majorHAnsi"/>
                <w:sz w:val="2"/>
              </w:rPr>
            </w:pPr>
            <w:r w:rsidRPr="00B5445B">
              <w:rPr>
                <w:rFonts w:asciiTheme="majorHAnsi" w:hAnsiTheme="majorHAnsi" w:cstheme="majorHAnsi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5867DFD4" wp14:editId="2402B0FE">
                      <wp:extent cx="1447800" cy="6350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7800" cy="6350"/>
                                <a:chOff x="0" y="0"/>
                                <a:chExt cx="1447800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4478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7800" h="6350">
                                      <a:moveTo>
                                        <a:pt x="62471" y="0"/>
                                      </a:moveTo>
                                      <a:lnTo>
                                        <a:pt x="56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6388" y="6096"/>
                                      </a:lnTo>
                                      <a:lnTo>
                                        <a:pt x="62471" y="6096"/>
                                      </a:lnTo>
                                      <a:lnTo>
                                        <a:pt x="62471" y="0"/>
                                      </a:lnTo>
                                      <a:close/>
                                    </a:path>
                                    <a:path w="1447800" h="6350">
                                      <a:moveTo>
                                        <a:pt x="1447800" y="0"/>
                                      </a:moveTo>
                                      <a:lnTo>
                                        <a:pt x="62484" y="0"/>
                                      </a:lnTo>
                                      <a:lnTo>
                                        <a:pt x="62484" y="6096"/>
                                      </a:lnTo>
                                      <a:lnTo>
                                        <a:pt x="1447800" y="6096"/>
                                      </a:lnTo>
                                      <a:lnTo>
                                        <a:pt x="144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61AB5A" id="Group 11" o:spid="_x0000_s1026" style="width:114pt;height:.5pt;mso-position-horizontal-relative:char;mso-position-vertical-relative:line" coordsize="144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">
                      <v:shape id="Graphic 12" o:spid="_x0000_s1027" style="position:absolute;width:14478;height:63;visibility:visible;mso-wrap-style:square;v-text-anchor:top" coordsize="14478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" path="m62471,l56400,,,,,6096r56388,l62471,6096,62471,xem1447800,l62484,r,6096l1447800,6096r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11" w:type="dxa"/>
            <w:gridSpan w:val="4"/>
            <w:tcBorders>
              <w:right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before="21"/>
              <w:ind w:left="336"/>
              <w:rPr>
                <w:rFonts w:asciiTheme="majorHAnsi" w:hAnsiTheme="majorHAnsi" w:cstheme="majorHAnsi"/>
                <w:i/>
                <w:sz w:val="9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64CC61C" wp14:editId="1A58DEB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-373</wp:posOffset>
                      </wp:positionV>
                      <wp:extent cx="1038860" cy="32258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8860" cy="322580"/>
                                <a:chOff x="0" y="0"/>
                                <a:chExt cx="1038860" cy="32258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4344" y="317523"/>
                                  <a:ext cx="102425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4255" h="5080">
                                      <a:moveTo>
                                        <a:pt x="0" y="4883"/>
                                      </a:moveTo>
                                      <a:lnTo>
                                        <a:pt x="1024223" y="4883"/>
                                      </a:lnTo>
                                      <a:lnTo>
                                        <a:pt x="10242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1037590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7590" h="318135">
                                      <a:moveTo>
                                        <a:pt x="1037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23"/>
                                      </a:lnTo>
                                      <a:lnTo>
                                        <a:pt x="1037099" y="317523"/>
                                      </a:lnTo>
                                      <a:lnTo>
                                        <a:pt x="1037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1E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E9C751" id="Group 13" o:spid="_x0000_s1026" style="position:absolute;margin-left:0;margin-top:-.05pt;width:81.8pt;height:25.4pt;z-index:-251657216;mso-wrap-distance-left:0;mso-wrap-distance-right:0" coordsize="10388,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">
                      <v:shape id="Graphic 14" o:spid="_x0000_s1027" style="position:absolute;left:143;top:3175;width:10242;height:51;visibility:visible;mso-wrap-style:square;v-text-anchor:top" coordsize="102425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" path="m,4883r1024223,l1024223,,,,,4883xe" fillcolor="black" stroked="f">
                        <v:path arrowok="t"/>
                      </v:shape>
                      <v:shape id="Graphic 15" o:spid="_x0000_s1028" style="position:absolute;width:10375;height:3181;visibility:visible;mso-wrap-style:square;v-text-anchor:top" coordsize="1037590,318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" path="m1037099,l,,,317523r1037099,l1037099,xe" fillcolor="#e1e1e1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i/>
                <w:w w:val="105"/>
                <w:sz w:val="9"/>
              </w:rPr>
              <w:t>Rellenar</w:t>
            </w:r>
            <w:r w:rsidRPr="00B5445B">
              <w:rPr>
                <w:rFonts w:asciiTheme="majorHAnsi" w:hAnsiTheme="majorHAnsi" w:cstheme="majorHAnsi"/>
                <w:i/>
                <w:spacing w:val="-4"/>
                <w:w w:val="105"/>
                <w:sz w:val="9"/>
              </w:rPr>
              <w:t xml:space="preserve"> </w:t>
            </w:r>
            <w:r w:rsidRPr="00B5445B">
              <w:rPr>
                <w:rFonts w:asciiTheme="majorHAnsi" w:hAnsiTheme="majorHAnsi" w:cstheme="majorHAnsi"/>
                <w:i/>
                <w:w w:val="105"/>
                <w:sz w:val="9"/>
              </w:rPr>
              <w:t>por</w:t>
            </w:r>
            <w:r w:rsidRPr="00B5445B">
              <w:rPr>
                <w:rFonts w:asciiTheme="majorHAnsi" w:hAnsiTheme="majorHAnsi" w:cstheme="majorHAnsi"/>
                <w:i/>
                <w:spacing w:val="-3"/>
                <w:w w:val="105"/>
                <w:sz w:val="9"/>
              </w:rPr>
              <w:t xml:space="preserve"> </w:t>
            </w:r>
            <w:r w:rsidRPr="00B5445B">
              <w:rPr>
                <w:rFonts w:asciiTheme="majorHAnsi" w:hAnsiTheme="majorHAnsi" w:cstheme="majorHAnsi"/>
                <w:i/>
                <w:w w:val="105"/>
                <w:sz w:val="9"/>
              </w:rPr>
              <w:t>el</w:t>
            </w:r>
            <w:r w:rsidRPr="00B5445B">
              <w:rPr>
                <w:rFonts w:asciiTheme="majorHAnsi" w:hAnsiTheme="majorHAnsi" w:cstheme="majorHAnsi"/>
                <w:i/>
                <w:spacing w:val="-4"/>
                <w:w w:val="105"/>
                <w:sz w:val="9"/>
              </w:rPr>
              <w:t xml:space="preserve"> </w:t>
            </w:r>
            <w:r w:rsidRPr="00B5445B">
              <w:rPr>
                <w:rFonts w:asciiTheme="majorHAnsi" w:hAnsiTheme="majorHAnsi" w:cstheme="majorHAnsi"/>
                <w:i/>
                <w:spacing w:val="-2"/>
                <w:w w:val="105"/>
                <w:sz w:val="9"/>
              </w:rPr>
              <w:t>centro</w:t>
            </w:r>
          </w:p>
          <w:p w:rsidR="00B5445B" w:rsidRPr="00B5445B" w:rsidRDefault="00B5445B" w:rsidP="00123558">
            <w:pPr>
              <w:pStyle w:val="TableParagraph"/>
              <w:tabs>
                <w:tab w:val="left" w:pos="3344"/>
              </w:tabs>
              <w:spacing w:before="24"/>
              <w:ind w:left="2258"/>
              <w:rPr>
                <w:rFonts w:asciiTheme="majorHAnsi" w:hAnsiTheme="majorHAnsi" w:cstheme="majorHAnsi"/>
                <w:sz w:val="14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5E65C5D6" wp14:editId="01638008">
                      <wp:simplePos x="0" y="0"/>
                      <wp:positionH relativeFrom="column">
                        <wp:posOffset>1186033</wp:posOffset>
                      </wp:positionH>
                      <wp:positionV relativeFrom="paragraph">
                        <wp:posOffset>-51499</wp:posOffset>
                      </wp:positionV>
                      <wp:extent cx="228600" cy="22860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1A1FEB" id="Group 16" o:spid="_x0000_s1026" style="position:absolute;margin-left:93.4pt;margin-top:-4.05pt;width:18pt;height:18pt;z-index:-251653120;mso-wrap-distance-left:0;mso-wrap-distance-right:0" coordsize="2286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7" o:spid="_x0000_s1027" type="#_x0000_t75" style="position:absolute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">
                        <v:imagedata r:id="rId9" o:title="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1336BDA" wp14:editId="0CBD65D6">
                      <wp:simplePos x="0" y="0"/>
                      <wp:positionH relativeFrom="column">
                        <wp:posOffset>1859806</wp:posOffset>
                      </wp:positionH>
                      <wp:positionV relativeFrom="paragraph">
                        <wp:posOffset>-42292</wp:posOffset>
                      </wp:positionV>
                      <wp:extent cx="228600" cy="228600"/>
                      <wp:effectExtent l="0" t="0" r="0" b="0"/>
                      <wp:wrapNone/>
                      <wp:docPr id="1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1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463167" id="Group 18" o:spid="_x0000_s1026" style="position:absolute;margin-left:146.45pt;margin-top:-3.35pt;width:18pt;height:18pt;z-index:-251652096;mso-wrap-distance-left:0;mso-wrap-distance-right:0" coordsize="2286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">
                      <v:shape id="Image 19" o:spid="_x0000_s1027" type="#_x0000_t75" style="position:absolute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">
                        <v:imagedata r:id="rId9" o:title="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pacing w:val="-2"/>
                <w:sz w:val="14"/>
              </w:rPr>
              <w:t>Hombre</w:t>
            </w:r>
            <w:r w:rsidRPr="00B5445B">
              <w:rPr>
                <w:rFonts w:asciiTheme="majorHAnsi" w:hAnsiTheme="majorHAnsi" w:cstheme="majorHAnsi"/>
                <w:sz w:val="14"/>
              </w:rPr>
              <w:tab/>
            </w:r>
            <w:r w:rsidRPr="00B5445B">
              <w:rPr>
                <w:rFonts w:asciiTheme="majorHAnsi" w:hAnsiTheme="majorHAnsi" w:cstheme="majorHAnsi"/>
                <w:spacing w:val="-4"/>
                <w:position w:val="1"/>
                <w:sz w:val="14"/>
              </w:rPr>
              <w:t>Mujer</w:t>
            </w:r>
          </w:p>
        </w:tc>
      </w:tr>
      <w:tr w:rsidR="00B5445B" w:rsidTr="00FE5B9C">
        <w:trPr>
          <w:trHeight w:val="539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118" w:lineRule="exact"/>
              <w:ind w:left="23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Nombre</w:t>
            </w:r>
          </w:p>
        </w:tc>
        <w:tc>
          <w:tcPr>
            <w:tcW w:w="257" w:type="dxa"/>
            <w:tcBorders>
              <w:top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37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20" w:type="dxa"/>
            <w:tcBorders>
              <w:top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3335" w:type="dxa"/>
            <w:gridSpan w:val="3"/>
          </w:tcPr>
          <w:p w:rsidR="00B5445B" w:rsidRPr="00B5445B" w:rsidRDefault="00B5445B" w:rsidP="00123558">
            <w:pPr>
              <w:pStyle w:val="TableParagraph"/>
              <w:spacing w:line="118" w:lineRule="exact"/>
              <w:ind w:left="27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DNI</w:t>
            </w:r>
            <w:r w:rsidRPr="00B5445B">
              <w:rPr>
                <w:rFonts w:asciiTheme="majorHAnsi" w:hAnsiTheme="majorHAnsi" w:cstheme="majorHAnsi"/>
                <w:spacing w:val="-1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- NIE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-</w:t>
            </w:r>
            <w:r w:rsidRPr="00B5445B">
              <w:rPr>
                <w:rFonts w:asciiTheme="majorHAnsi" w:hAnsiTheme="majorHAnsi" w:cstheme="majorHAnsi"/>
                <w:spacing w:val="1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Pasaporte</w:t>
            </w:r>
          </w:p>
        </w:tc>
        <w:tc>
          <w:tcPr>
            <w:tcW w:w="3911" w:type="dxa"/>
            <w:gridSpan w:val="4"/>
            <w:tcBorders>
              <w:right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102" w:lineRule="exact"/>
              <w:ind w:left="23"/>
              <w:rPr>
                <w:rFonts w:asciiTheme="majorHAnsi" w:hAnsiTheme="majorHAnsi" w:cstheme="majorHAnsi"/>
                <w:sz w:val="10"/>
              </w:rPr>
            </w:pPr>
            <w:r w:rsidRPr="00B5445B">
              <w:rPr>
                <w:rFonts w:asciiTheme="majorHAnsi" w:hAnsiTheme="majorHAnsi" w:cstheme="majorHAnsi"/>
                <w:spacing w:val="-2"/>
                <w:sz w:val="10"/>
              </w:rPr>
              <w:t>Número</w:t>
            </w:r>
            <w:r w:rsidRPr="00B5445B">
              <w:rPr>
                <w:rFonts w:asciiTheme="majorHAnsi" w:hAnsiTheme="majorHAnsi" w:cstheme="majorHAnsi"/>
                <w:spacing w:val="5"/>
                <w:sz w:val="1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0"/>
              </w:rPr>
              <w:t>de</w:t>
            </w:r>
            <w:r w:rsidRPr="00B5445B">
              <w:rPr>
                <w:rFonts w:asciiTheme="majorHAnsi" w:hAnsiTheme="majorHAnsi" w:cstheme="majorHAnsi"/>
                <w:spacing w:val="7"/>
                <w:sz w:val="1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0"/>
              </w:rPr>
              <w:t>Identificación</w:t>
            </w:r>
            <w:r w:rsidRPr="00B5445B">
              <w:rPr>
                <w:rFonts w:asciiTheme="majorHAnsi" w:hAnsiTheme="majorHAnsi" w:cstheme="majorHAnsi"/>
                <w:spacing w:val="8"/>
                <w:sz w:val="1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0"/>
              </w:rPr>
              <w:t>Escolar</w:t>
            </w:r>
          </w:p>
        </w:tc>
      </w:tr>
      <w:tr w:rsidR="00B5445B" w:rsidTr="00FE5B9C">
        <w:trPr>
          <w:trHeight w:val="556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136" w:lineRule="exact"/>
              <w:ind w:left="23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8F8874D" wp14:editId="516B7687">
                      <wp:simplePos x="0" y="0"/>
                      <wp:positionH relativeFrom="column">
                        <wp:posOffset>149345</wp:posOffset>
                      </wp:positionH>
                      <wp:positionV relativeFrom="paragraph">
                        <wp:posOffset>353428</wp:posOffset>
                      </wp:positionV>
                      <wp:extent cx="1047115" cy="6350"/>
                      <wp:effectExtent l="0" t="0" r="0" b="0"/>
                      <wp:wrapNone/>
                      <wp:docPr id="3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115" cy="6350"/>
                                <a:chOff x="0" y="0"/>
                                <a:chExt cx="1047115" cy="6350"/>
                              </a:xfrm>
                            </wpg:grpSpPr>
                            <wps:wsp>
                              <wps:cNvPr id="4" name="Graphic 21"/>
                              <wps:cNvSpPr/>
                              <wps:spPr>
                                <a:xfrm>
                                  <a:off x="0" y="0"/>
                                  <a:ext cx="104711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115" h="6350">
                                      <a:moveTo>
                                        <a:pt x="10469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046988" y="6108"/>
                                      </a:lnTo>
                                      <a:lnTo>
                                        <a:pt x="10469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742C5" id="Group 20" o:spid="_x0000_s1026" style="position:absolute;margin-left:11.75pt;margin-top:27.85pt;width:82.45pt;height:.5pt;z-index:-251655168;mso-wrap-distance-left:0;mso-wrap-distance-right:0" coordsize="1047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">
                      <v:shape id="Graphic 21" o:spid="_x0000_s1027" style="position:absolute;width:10471;height:63;visibility:visible;mso-wrap-style:square;v-text-anchor:top" coordsize="10471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" path="m1046988,l,,,6108r1046988,l104698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z w:val="12"/>
              </w:rPr>
              <w:t>Primer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 xml:space="preserve"> Apellido</w:t>
            </w:r>
          </w:p>
        </w:tc>
        <w:tc>
          <w:tcPr>
            <w:tcW w:w="257" w:type="dxa"/>
            <w:tcBorders>
              <w:top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37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20" w:type="dxa"/>
            <w:tcBorders>
              <w:top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3335" w:type="dxa"/>
            <w:gridSpan w:val="3"/>
          </w:tcPr>
          <w:p w:rsidR="00B5445B" w:rsidRPr="00B5445B" w:rsidRDefault="00B5445B" w:rsidP="00123558">
            <w:pPr>
              <w:pStyle w:val="TableParagraph"/>
              <w:spacing w:line="136" w:lineRule="exact"/>
              <w:ind w:left="27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2AF05EA" wp14:editId="2F82B8ED">
                      <wp:simplePos x="0" y="0"/>
                      <wp:positionH relativeFrom="column">
                        <wp:posOffset>172212</wp:posOffset>
                      </wp:positionH>
                      <wp:positionV relativeFrom="paragraph">
                        <wp:posOffset>-6223</wp:posOffset>
                      </wp:positionV>
                      <wp:extent cx="2280285" cy="635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0285" cy="6350"/>
                                <a:chOff x="0" y="0"/>
                                <a:chExt cx="2280285" cy="63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22802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0285" h="6350">
                                      <a:moveTo>
                                        <a:pt x="2279891" y="0"/>
                                      </a:moveTo>
                                      <a:lnTo>
                                        <a:pt x="22798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279891" y="6096"/>
                                      </a:lnTo>
                                      <a:lnTo>
                                        <a:pt x="2279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61CA5" id="Group 22" o:spid="_x0000_s1026" style="position:absolute;margin-left:13.55pt;margin-top:-.5pt;width:179.55pt;height:.5pt;z-index:-251656192;mso-wrap-distance-left:0;mso-wrap-distance-right:0" coordsize="228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">
                      <v:shape id="Graphic 23" o:spid="_x0000_s1027" style="position:absolute;width:22802;height:63;visibility:visible;mso-wrap-style:square;v-text-anchor:top" coordsize="22802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" path="m2279891,r,l,,,6096r2279891,l22798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z w:val="12"/>
              </w:rPr>
              <w:t>Segundo</w:t>
            </w:r>
            <w:r w:rsidRPr="00B5445B">
              <w:rPr>
                <w:rFonts w:asciiTheme="majorHAnsi" w:hAnsiTheme="majorHAnsi" w:cstheme="majorHAnsi"/>
                <w:spacing w:val="-3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Apellido</w:t>
            </w:r>
          </w:p>
        </w:tc>
        <w:tc>
          <w:tcPr>
            <w:tcW w:w="3911" w:type="dxa"/>
            <w:gridSpan w:val="4"/>
            <w:tcBorders>
              <w:right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20" w:lineRule="exact"/>
              <w:ind w:left="1226"/>
              <w:rPr>
                <w:rFonts w:asciiTheme="majorHAnsi" w:hAnsiTheme="majorHAnsi" w:cstheme="majorHAnsi"/>
                <w:sz w:val="2"/>
              </w:rPr>
            </w:pPr>
            <w:r w:rsidRPr="00B5445B">
              <w:rPr>
                <w:rFonts w:asciiTheme="majorHAnsi" w:hAnsiTheme="majorHAnsi" w:cstheme="majorHAnsi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44FD2A8C" wp14:editId="3F561D84">
                      <wp:extent cx="1542415" cy="6350"/>
                      <wp:effectExtent l="0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2415" cy="6350"/>
                                <a:chOff x="0" y="0"/>
                                <a:chExt cx="1542415" cy="635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54241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2415" h="6350">
                                      <a:moveTo>
                                        <a:pt x="854951" y="0"/>
                                      </a:moveTo>
                                      <a:lnTo>
                                        <a:pt x="8549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54951" y="6096"/>
                                      </a:lnTo>
                                      <a:lnTo>
                                        <a:pt x="854951" y="0"/>
                                      </a:lnTo>
                                      <a:close/>
                                    </a:path>
                                    <a:path w="1542415" h="6350">
                                      <a:moveTo>
                                        <a:pt x="1542288" y="0"/>
                                      </a:moveTo>
                                      <a:lnTo>
                                        <a:pt x="1542288" y="0"/>
                                      </a:lnTo>
                                      <a:lnTo>
                                        <a:pt x="854964" y="0"/>
                                      </a:lnTo>
                                      <a:lnTo>
                                        <a:pt x="854964" y="6096"/>
                                      </a:lnTo>
                                      <a:lnTo>
                                        <a:pt x="1542288" y="6096"/>
                                      </a:lnTo>
                                      <a:lnTo>
                                        <a:pt x="1542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982D4C" id="Group 24" o:spid="_x0000_s1026" style="width:121.45pt;height:.5pt;mso-position-horizontal-relative:char;mso-position-vertical-relative:line" coordsize="154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">
                      <v:shape id="Graphic 25" o:spid="_x0000_s1027" style="position:absolute;width:15424;height:63;visibility:visible;mso-wrap-style:square;v-text-anchor:top" coordsize="1542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" path="m854951,r,l,,,6096r854951,l854951,xem1542288,r,l854964,r,6096l1542288,6096r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5445B" w:rsidRPr="00B5445B" w:rsidRDefault="00B5445B" w:rsidP="00123558">
            <w:pPr>
              <w:pStyle w:val="TableParagraph"/>
              <w:ind w:left="127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correo</w:t>
            </w:r>
            <w:r w:rsidRPr="00B5445B">
              <w:rPr>
                <w:rFonts w:asciiTheme="majorHAnsi" w:hAnsiTheme="majorHAnsi" w:cstheme="majorHAnsi"/>
                <w:spacing w:val="-4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electrónico</w:t>
            </w:r>
          </w:p>
        </w:tc>
      </w:tr>
      <w:tr w:rsidR="00B5445B" w:rsidTr="00FE5B9C">
        <w:trPr>
          <w:trHeight w:val="556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136" w:lineRule="exact"/>
              <w:ind w:left="23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Fecha</w:t>
            </w:r>
            <w:r w:rsidRPr="00B5445B">
              <w:rPr>
                <w:rFonts w:asciiTheme="majorHAnsi" w:hAnsiTheme="majorHAnsi" w:cstheme="majorHAnsi"/>
                <w:spacing w:val="1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Nacimiento</w:t>
            </w:r>
          </w:p>
        </w:tc>
        <w:tc>
          <w:tcPr>
            <w:tcW w:w="257" w:type="dxa"/>
            <w:tcBorders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37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136" w:lineRule="exact"/>
              <w:ind w:left="4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Municipio</w:t>
            </w:r>
            <w:r w:rsidRPr="00B5445B">
              <w:rPr>
                <w:rFonts w:asciiTheme="majorHAnsi" w:hAnsiTheme="majorHAnsi" w:cstheme="majorHAnsi"/>
                <w:spacing w:val="-3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 xml:space="preserve">de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Nacimiento</w:t>
            </w:r>
          </w:p>
        </w:tc>
        <w:tc>
          <w:tcPr>
            <w:tcW w:w="20" w:type="dxa"/>
            <w:tcBorders>
              <w:top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3335" w:type="dxa"/>
            <w:gridSpan w:val="3"/>
            <w:tcBorders>
              <w:bottom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136" w:lineRule="exact"/>
              <w:ind w:left="1638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5B736EE" wp14:editId="40C32A78">
                      <wp:simplePos x="0" y="0"/>
                      <wp:positionH relativeFrom="column">
                        <wp:posOffset>1037844</wp:posOffset>
                      </wp:positionH>
                      <wp:positionV relativeFrom="paragraph">
                        <wp:posOffset>-6229</wp:posOffset>
                      </wp:positionV>
                      <wp:extent cx="1414780" cy="635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14780" cy="6350"/>
                                <a:chOff x="0" y="0"/>
                                <a:chExt cx="1414780" cy="63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14147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14780" h="6350">
                                      <a:moveTo>
                                        <a:pt x="1414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414272" y="6108"/>
                                      </a:lnTo>
                                      <a:lnTo>
                                        <a:pt x="1414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97E3A0" id="Group 26" o:spid="_x0000_s1026" style="position:absolute;margin-left:81.7pt;margin-top:-.5pt;width:111.4pt;height:.5pt;z-index:-251654144;mso-wrap-distance-left:0;mso-wrap-distance-right:0" coordsize="141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">
                      <v:shape id="Graphic 27" o:spid="_x0000_s1027" style="position:absolute;width:14147;height:63;visibility:visible;mso-wrap-style:square;v-text-anchor:top" coordsize="14147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" path="m1414272,l,,,6108r1414272,l141427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z w:val="12"/>
              </w:rPr>
              <w:t>Provincia</w:t>
            </w:r>
            <w:r w:rsidRPr="00B5445B">
              <w:rPr>
                <w:rFonts w:asciiTheme="majorHAnsi" w:hAnsiTheme="majorHAnsi" w:cstheme="majorHAnsi"/>
                <w:spacing w:val="-4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 xml:space="preserve">de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Nacimiento</w:t>
            </w:r>
          </w:p>
        </w:tc>
        <w:tc>
          <w:tcPr>
            <w:tcW w:w="3911" w:type="dxa"/>
            <w:gridSpan w:val="4"/>
            <w:tcBorders>
              <w:right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rPr>
                <w:rFonts w:asciiTheme="majorHAnsi" w:hAnsiTheme="majorHAnsi" w:cstheme="majorHAnsi"/>
                <w:sz w:val="20"/>
              </w:rPr>
            </w:pPr>
          </w:p>
          <w:p w:rsidR="00B5445B" w:rsidRPr="00B5445B" w:rsidRDefault="00B5445B" w:rsidP="00123558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</w:rPr>
            </w:pPr>
          </w:p>
          <w:p w:rsidR="00B5445B" w:rsidRPr="00B5445B" w:rsidRDefault="00B5445B" w:rsidP="00123558">
            <w:pPr>
              <w:pStyle w:val="TableParagraph"/>
              <w:spacing w:line="20" w:lineRule="exact"/>
              <w:ind w:left="660"/>
              <w:rPr>
                <w:rFonts w:asciiTheme="majorHAnsi" w:hAnsiTheme="majorHAnsi" w:cstheme="majorHAnsi"/>
                <w:sz w:val="2"/>
              </w:rPr>
            </w:pPr>
            <w:r w:rsidRPr="00B5445B">
              <w:rPr>
                <w:rFonts w:asciiTheme="majorHAnsi" w:hAnsiTheme="majorHAnsi" w:cstheme="majorHAnsi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1A41078D" wp14:editId="4BCB6A6A">
                      <wp:extent cx="1902460" cy="6350"/>
                      <wp:effectExtent l="0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2460" cy="6350"/>
                                <a:chOff x="0" y="0"/>
                                <a:chExt cx="1902460" cy="63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19024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2460" h="6350">
                                      <a:moveTo>
                                        <a:pt x="1591043" y="0"/>
                                      </a:moveTo>
                                      <a:lnTo>
                                        <a:pt x="15910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591043" y="6108"/>
                                      </a:lnTo>
                                      <a:lnTo>
                                        <a:pt x="1591043" y="0"/>
                                      </a:lnTo>
                                      <a:close/>
                                    </a:path>
                                    <a:path w="1902460" h="6350">
                                      <a:moveTo>
                                        <a:pt x="1741919" y="0"/>
                                      </a:moveTo>
                                      <a:lnTo>
                                        <a:pt x="1741919" y="0"/>
                                      </a:lnTo>
                                      <a:lnTo>
                                        <a:pt x="1591056" y="0"/>
                                      </a:lnTo>
                                      <a:lnTo>
                                        <a:pt x="1591056" y="6108"/>
                                      </a:lnTo>
                                      <a:lnTo>
                                        <a:pt x="1741919" y="6108"/>
                                      </a:lnTo>
                                      <a:lnTo>
                                        <a:pt x="1741919" y="0"/>
                                      </a:lnTo>
                                      <a:close/>
                                    </a:path>
                                    <a:path w="1902460" h="6350">
                                      <a:moveTo>
                                        <a:pt x="1901952" y="0"/>
                                      </a:moveTo>
                                      <a:lnTo>
                                        <a:pt x="1901952" y="0"/>
                                      </a:lnTo>
                                      <a:lnTo>
                                        <a:pt x="1741932" y="0"/>
                                      </a:lnTo>
                                      <a:lnTo>
                                        <a:pt x="1741932" y="6108"/>
                                      </a:lnTo>
                                      <a:lnTo>
                                        <a:pt x="1901952" y="6108"/>
                                      </a:lnTo>
                                      <a:lnTo>
                                        <a:pt x="1901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49BAFC" id="Group 28" o:spid="_x0000_s1026" style="width:149.8pt;height:.5pt;mso-position-horizontal-relative:char;mso-position-vertical-relative:line" coordsize="190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">
                      <v:shape id="Graphic 29" o:spid="_x0000_s1027" style="position:absolute;width:19024;height:63;visibility:visible;mso-wrap-style:square;v-text-anchor:top" coordsize="19024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" path="m1591043,r,l,,,6108r1591043,l1591043,xem1741919,r,l1591056,r,6108l1741919,6108r,-6108xem1901952,r,l1741932,r,6108l1901952,6108r,-6108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5445B" w:rsidTr="00FE5B9C">
        <w:trPr>
          <w:trHeight w:val="152"/>
        </w:trPr>
        <w:tc>
          <w:tcPr>
            <w:tcW w:w="2834" w:type="dxa"/>
            <w:gridSpan w:val="3"/>
            <w:tcBorders>
              <w:left w:val="single" w:sz="4" w:space="0" w:color="000000"/>
              <w:bottom w:val="single" w:sz="4" w:space="0" w:color="auto"/>
            </w:tcBorders>
          </w:tcPr>
          <w:p w:rsidR="00B5445B" w:rsidRPr="00B5445B" w:rsidRDefault="00B5445B" w:rsidP="00123558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Localidad</w:t>
            </w:r>
            <w:r w:rsidRPr="00B5445B">
              <w:rPr>
                <w:rFonts w:asciiTheme="majorHAnsi" w:hAnsiTheme="majorHAnsi" w:cstheme="majorHAnsi"/>
                <w:spacing w:val="-3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Nacimiento</w:t>
            </w:r>
            <w:r w:rsidRPr="00B5445B">
              <w:rPr>
                <w:rFonts w:asciiTheme="majorHAnsi" w:hAnsiTheme="majorHAnsi" w:cstheme="majorHAnsi"/>
                <w:spacing w:val="29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(SOLO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 xml:space="preserve"> EXTRANJEROS)</w:t>
            </w:r>
          </w:p>
        </w:tc>
        <w:tc>
          <w:tcPr>
            <w:tcW w:w="4253" w:type="dxa"/>
            <w:gridSpan w:val="7"/>
            <w:tcBorders>
              <w:top w:val="single" w:sz="4" w:space="0" w:color="000000"/>
              <w:bottom w:val="single" w:sz="4" w:space="0" w:color="auto"/>
            </w:tcBorders>
          </w:tcPr>
          <w:p w:rsidR="00B5445B" w:rsidRPr="00B5445B" w:rsidRDefault="00B5445B" w:rsidP="00123558">
            <w:pPr>
              <w:pStyle w:val="TableParagraph"/>
              <w:spacing w:line="115" w:lineRule="exact"/>
              <w:ind w:left="4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B5445B">
              <w:rPr>
                <w:rFonts w:asciiTheme="majorHAnsi" w:hAnsiTheme="majorHAnsi" w:cstheme="majorHAnsi"/>
                <w:sz w:val="12"/>
              </w:rPr>
              <w:t>Pais</w:t>
            </w:r>
            <w:proofErr w:type="spellEnd"/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de</w:t>
            </w:r>
            <w:r w:rsidRPr="00B5445B">
              <w:rPr>
                <w:rFonts w:asciiTheme="majorHAnsi" w:hAnsiTheme="majorHAnsi" w:cstheme="majorHAnsi"/>
                <w:spacing w:val="-1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Nacimiento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(SOLO</w:t>
            </w:r>
            <w:r w:rsidRPr="00B5445B">
              <w:rPr>
                <w:rFonts w:asciiTheme="majorHAnsi" w:hAnsiTheme="majorHAnsi" w:cstheme="majorHAnsi"/>
                <w:spacing w:val="-1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EXTRANJEROS)</w:t>
            </w:r>
          </w:p>
        </w:tc>
        <w:tc>
          <w:tcPr>
            <w:tcW w:w="3911" w:type="dxa"/>
            <w:gridSpan w:val="4"/>
            <w:tcBorders>
              <w:bottom w:val="single" w:sz="4" w:space="0" w:color="auto"/>
              <w:right w:val="single" w:sz="4" w:space="0" w:color="000000"/>
            </w:tcBorders>
          </w:tcPr>
          <w:p w:rsidR="00B5445B" w:rsidRPr="00B5445B" w:rsidRDefault="00B5445B" w:rsidP="00123558">
            <w:pPr>
              <w:pStyle w:val="TableParagraph"/>
              <w:spacing w:line="115" w:lineRule="exact"/>
              <w:ind w:left="660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NACIONALIDAD</w:t>
            </w:r>
            <w:r w:rsidRPr="00B5445B">
              <w:rPr>
                <w:rFonts w:asciiTheme="majorHAnsi" w:hAnsiTheme="majorHAnsi" w:cstheme="majorHAnsi"/>
                <w:spacing w:val="-4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(SOLO</w:t>
            </w:r>
            <w:r w:rsidRPr="00B5445B">
              <w:rPr>
                <w:rFonts w:asciiTheme="majorHAnsi" w:hAnsiTheme="majorHAnsi" w:cstheme="majorHAnsi"/>
                <w:spacing w:val="-4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EXTRANJEROS)</w:t>
            </w:r>
          </w:p>
        </w:tc>
      </w:tr>
      <w:tr w:rsidR="00FE5B9C" w:rsidTr="00FE5B9C">
        <w:trPr>
          <w:trHeight w:val="152"/>
        </w:trPr>
        <w:tc>
          <w:tcPr>
            <w:tcW w:w="2834" w:type="dxa"/>
            <w:gridSpan w:val="3"/>
            <w:tcBorders>
              <w:top w:val="single" w:sz="4" w:space="0" w:color="auto"/>
            </w:tcBorders>
          </w:tcPr>
          <w:p w:rsidR="00FE5B9C" w:rsidRPr="00B5445B" w:rsidRDefault="00FE5B9C" w:rsidP="00123558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auto"/>
            </w:tcBorders>
          </w:tcPr>
          <w:p w:rsidR="00FE5B9C" w:rsidRPr="00B5445B" w:rsidRDefault="00FE5B9C" w:rsidP="00123558">
            <w:pPr>
              <w:pStyle w:val="TableParagraph"/>
              <w:spacing w:line="115" w:lineRule="exact"/>
              <w:ind w:left="4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3911" w:type="dxa"/>
            <w:gridSpan w:val="4"/>
            <w:tcBorders>
              <w:top w:val="single" w:sz="4" w:space="0" w:color="auto"/>
            </w:tcBorders>
          </w:tcPr>
          <w:p w:rsidR="00FE5B9C" w:rsidRPr="00B5445B" w:rsidRDefault="00FE5B9C" w:rsidP="00123558">
            <w:pPr>
              <w:pStyle w:val="TableParagraph"/>
              <w:spacing w:line="115" w:lineRule="exact"/>
              <w:ind w:left="660"/>
              <w:rPr>
                <w:rFonts w:asciiTheme="majorHAnsi" w:hAnsiTheme="majorHAnsi" w:cstheme="majorHAnsi"/>
                <w:sz w:val="12"/>
              </w:rPr>
            </w:pPr>
          </w:p>
        </w:tc>
      </w:tr>
      <w:tr w:rsidR="00FE5B9C" w:rsidTr="00FE5B9C">
        <w:trPr>
          <w:trHeight w:val="152"/>
        </w:trPr>
        <w:tc>
          <w:tcPr>
            <w:tcW w:w="2834" w:type="dxa"/>
            <w:gridSpan w:val="3"/>
            <w:tcBorders>
              <w:bottom w:val="single" w:sz="4" w:space="0" w:color="auto"/>
            </w:tcBorders>
          </w:tcPr>
          <w:p w:rsidR="00FE5B9C" w:rsidRPr="00B5445B" w:rsidRDefault="00FE5B9C" w:rsidP="00123558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4253" w:type="dxa"/>
            <w:gridSpan w:val="7"/>
            <w:tcBorders>
              <w:bottom w:val="single" w:sz="4" w:space="0" w:color="auto"/>
            </w:tcBorders>
          </w:tcPr>
          <w:p w:rsidR="00FE5B9C" w:rsidRPr="00B5445B" w:rsidRDefault="00FE5B9C" w:rsidP="00123558">
            <w:pPr>
              <w:pStyle w:val="TableParagraph"/>
              <w:spacing w:line="115" w:lineRule="exact"/>
              <w:ind w:left="4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3911" w:type="dxa"/>
            <w:gridSpan w:val="4"/>
            <w:tcBorders>
              <w:bottom w:val="single" w:sz="4" w:space="0" w:color="auto"/>
            </w:tcBorders>
          </w:tcPr>
          <w:p w:rsidR="00FE5B9C" w:rsidRPr="00B5445B" w:rsidRDefault="00FE5B9C" w:rsidP="00123558">
            <w:pPr>
              <w:pStyle w:val="TableParagraph"/>
              <w:spacing w:line="115" w:lineRule="exact"/>
              <w:ind w:left="660"/>
              <w:rPr>
                <w:rFonts w:asciiTheme="majorHAnsi" w:hAnsiTheme="majorHAnsi" w:cstheme="majorHAnsi"/>
                <w:sz w:val="12"/>
              </w:rPr>
            </w:pPr>
          </w:p>
        </w:tc>
      </w:tr>
      <w:tr w:rsidR="00FE5B9C" w:rsidRPr="00FE5B9C" w:rsidTr="00FE5B9C">
        <w:trPr>
          <w:trHeight w:val="371"/>
        </w:trPr>
        <w:tc>
          <w:tcPr>
            <w:tcW w:w="10998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FE5B9C" w:rsidRPr="00FE5B9C" w:rsidRDefault="00FE5B9C" w:rsidP="00FE5B9C">
            <w:pPr>
              <w:pStyle w:val="TableParagraph"/>
              <w:ind w:left="658"/>
              <w:contextualSpacing/>
              <w:jc w:val="center"/>
              <w:rPr>
                <w:rFonts w:asciiTheme="majorHAnsi" w:hAnsiTheme="majorHAnsi" w:cstheme="majorHAnsi"/>
                <w:b/>
              </w:rPr>
            </w:pPr>
            <w:r w:rsidRPr="00FE5B9C">
              <w:rPr>
                <w:rFonts w:asciiTheme="majorHAnsi" w:hAnsiTheme="majorHAnsi" w:cstheme="majorHAnsi"/>
                <w:b/>
              </w:rPr>
              <w:t>DATOS DEL PADRE , DE LA MADRE O TUTORES LEGALES</w:t>
            </w:r>
          </w:p>
        </w:tc>
      </w:tr>
      <w:tr w:rsidR="00FE5B9C" w:rsidRPr="00FE5B9C" w:rsidTr="00FE5B9C">
        <w:trPr>
          <w:trHeight w:val="152"/>
        </w:trPr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Default="00FE5B9C" w:rsidP="00123558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</w:p>
          <w:p w:rsidR="00FE5B9C" w:rsidRPr="00FE5B9C" w:rsidRDefault="00FE5B9C" w:rsidP="00FE5B9C">
            <w:pPr>
              <w:pStyle w:val="TableParagraph"/>
              <w:ind w:left="142"/>
              <w:rPr>
                <w:rFonts w:asciiTheme="majorHAnsi" w:hAnsiTheme="majorHAnsi" w:cstheme="majorHAnsi"/>
                <w:sz w:val="18"/>
                <w:szCs w:val="18"/>
              </w:rPr>
            </w:pPr>
            <w:r w:rsidRPr="00FE5B9C">
              <w:rPr>
                <w:rFonts w:asciiTheme="majorHAnsi" w:hAnsiTheme="majorHAnsi" w:cstheme="majorHAnsi"/>
                <w:sz w:val="18"/>
                <w:szCs w:val="18"/>
              </w:rPr>
              <w:t>TUTOR 1</w:t>
            </w:r>
          </w:p>
          <w:p w:rsidR="00FE5B9C" w:rsidRDefault="00FE5B9C" w:rsidP="00123558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line="115" w:lineRule="exact"/>
              <w:ind w:left="851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NOMBRE</w:t>
            </w:r>
          </w:p>
        </w:tc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APELLIDOS</w:t>
            </w:r>
          </w:p>
        </w:tc>
        <w:tc>
          <w:tcPr>
            <w:tcW w:w="3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Default="00FE5B9C" w:rsidP="00123558">
            <w:pPr>
              <w:pStyle w:val="TableParagraph"/>
              <w:spacing w:line="115" w:lineRule="exact"/>
              <w:ind w:left="660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203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203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line="115" w:lineRule="exact"/>
              <w:ind w:left="203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TELÉFONO DE CONTACTO</w:t>
            </w:r>
          </w:p>
        </w:tc>
      </w:tr>
      <w:tr w:rsidR="00FE5B9C" w:rsidRPr="00FE5B9C" w:rsidTr="00FE5B9C">
        <w:trPr>
          <w:trHeight w:val="152"/>
        </w:trPr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Default="00FE5B9C" w:rsidP="00FE5B9C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</w:p>
          <w:p w:rsidR="00FE5B9C" w:rsidRPr="00FE5B9C" w:rsidRDefault="00FE5B9C" w:rsidP="00FE5B9C">
            <w:pPr>
              <w:pStyle w:val="TableParagraph"/>
              <w:ind w:left="142"/>
              <w:rPr>
                <w:rFonts w:asciiTheme="majorHAnsi" w:hAnsiTheme="majorHAnsi" w:cstheme="majorHAnsi"/>
                <w:sz w:val="18"/>
                <w:szCs w:val="18"/>
              </w:rPr>
            </w:pPr>
            <w:r w:rsidRPr="00FE5B9C">
              <w:rPr>
                <w:rFonts w:asciiTheme="majorHAnsi" w:hAnsiTheme="majorHAnsi" w:cstheme="majorHAnsi"/>
                <w:sz w:val="18"/>
                <w:szCs w:val="18"/>
              </w:rPr>
              <w:t xml:space="preserve">TUTOR </w:t>
            </w:r>
            <w:r w:rsidRPr="00FE5B9C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  <w:p w:rsidR="00FE5B9C" w:rsidRDefault="00FE5B9C" w:rsidP="00FE5B9C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line="115" w:lineRule="exact"/>
              <w:ind w:left="851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NOMBRE</w:t>
            </w:r>
          </w:p>
        </w:tc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line="115" w:lineRule="exact"/>
              <w:ind w:left="79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APELLIDOS</w:t>
            </w:r>
          </w:p>
        </w:tc>
        <w:tc>
          <w:tcPr>
            <w:tcW w:w="3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Default="00FE5B9C" w:rsidP="00FE5B9C">
            <w:pPr>
              <w:pStyle w:val="TableParagraph"/>
              <w:spacing w:line="115" w:lineRule="exact"/>
              <w:ind w:left="660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203"/>
              <w:rPr>
                <w:rFonts w:asciiTheme="majorHAnsi" w:hAnsiTheme="majorHAnsi" w:cstheme="majorHAnsi"/>
                <w:sz w:val="12"/>
              </w:rPr>
            </w:pPr>
          </w:p>
          <w:p w:rsidR="00FE5B9C" w:rsidRDefault="00FE5B9C" w:rsidP="00FE5B9C">
            <w:pPr>
              <w:pStyle w:val="TableParagraph"/>
              <w:spacing w:line="115" w:lineRule="exact"/>
              <w:ind w:left="203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line="115" w:lineRule="exact"/>
              <w:ind w:left="203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TELÉFONO DE CONTACTO</w:t>
            </w:r>
          </w:p>
        </w:tc>
      </w:tr>
      <w:tr w:rsidR="00FE5B9C" w:rsidRPr="00FE5B9C" w:rsidTr="00FE5B9C">
        <w:trPr>
          <w:trHeight w:val="152"/>
        </w:trPr>
        <w:tc>
          <w:tcPr>
            <w:tcW w:w="2834" w:type="dxa"/>
            <w:gridSpan w:val="3"/>
            <w:tcBorders>
              <w:top w:val="single" w:sz="4" w:space="0" w:color="auto"/>
            </w:tcBorders>
          </w:tcPr>
          <w:p w:rsidR="00FE5B9C" w:rsidRPr="00B5445B" w:rsidRDefault="00FE5B9C" w:rsidP="00FE5B9C">
            <w:pPr>
              <w:pStyle w:val="TableParagraph"/>
              <w:spacing w:line="115" w:lineRule="exact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line="115" w:lineRule="exact"/>
              <w:ind w:left="235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auto"/>
            </w:tcBorders>
          </w:tcPr>
          <w:p w:rsidR="00FE5B9C" w:rsidRPr="00B5445B" w:rsidRDefault="00FE5B9C" w:rsidP="00FE5B9C">
            <w:pPr>
              <w:pStyle w:val="TableParagraph"/>
              <w:spacing w:line="115" w:lineRule="exact"/>
              <w:ind w:left="4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3911" w:type="dxa"/>
            <w:gridSpan w:val="4"/>
            <w:tcBorders>
              <w:top w:val="single" w:sz="4" w:space="0" w:color="auto"/>
            </w:tcBorders>
          </w:tcPr>
          <w:p w:rsidR="00FE5B9C" w:rsidRPr="00B5445B" w:rsidRDefault="00FE5B9C" w:rsidP="00FE5B9C">
            <w:pPr>
              <w:pStyle w:val="TableParagraph"/>
              <w:spacing w:line="115" w:lineRule="exact"/>
              <w:ind w:left="660"/>
              <w:rPr>
                <w:rFonts w:asciiTheme="majorHAnsi" w:hAnsiTheme="majorHAnsi" w:cstheme="majorHAnsi"/>
                <w:sz w:val="12"/>
              </w:rPr>
            </w:pPr>
          </w:p>
        </w:tc>
      </w:tr>
      <w:tr w:rsidR="00FE5B9C" w:rsidRPr="00343182" w:rsidTr="00FE5B9C">
        <w:trPr>
          <w:trHeight w:val="457"/>
        </w:trPr>
        <w:tc>
          <w:tcPr>
            <w:tcW w:w="109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FE5B9C" w:rsidRPr="00B5445B" w:rsidRDefault="00FE5B9C" w:rsidP="00FE5B9C">
            <w:pPr>
              <w:pStyle w:val="TableParagraph"/>
              <w:spacing w:line="225" w:lineRule="exact"/>
              <w:ind w:left="117"/>
              <w:rPr>
                <w:rFonts w:asciiTheme="majorHAnsi" w:hAnsiTheme="majorHAnsi" w:cstheme="majorHAnsi"/>
                <w:b/>
              </w:rPr>
            </w:pPr>
            <w:r w:rsidRPr="00B5445B">
              <w:rPr>
                <w:rFonts w:asciiTheme="majorHAnsi" w:hAnsiTheme="majorHAnsi" w:cstheme="majorHAnsi"/>
                <w:b/>
              </w:rPr>
              <w:t>RELLENAR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SÓLO</w:t>
            </w:r>
            <w:r w:rsidRPr="00B5445B">
              <w:rPr>
                <w:rFonts w:asciiTheme="majorHAnsi" w:hAnsiTheme="majorHAnsi" w:cstheme="majorHAnsi"/>
                <w:b/>
                <w:spacing w:val="-3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EN</w:t>
            </w:r>
            <w:r w:rsidRPr="00B5445B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CASO</w:t>
            </w:r>
            <w:r w:rsidRPr="00B5445B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DE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DIVORCIO</w:t>
            </w:r>
            <w:r w:rsidRPr="00B5445B">
              <w:rPr>
                <w:rFonts w:asciiTheme="majorHAnsi" w:hAnsiTheme="majorHAnsi" w:cstheme="majorHAnsi"/>
                <w:b/>
                <w:spacing w:val="-6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DE</w:t>
            </w:r>
            <w:r w:rsidRPr="00B5445B">
              <w:rPr>
                <w:rFonts w:asciiTheme="majorHAnsi" w:hAnsiTheme="majorHAnsi" w:cstheme="majorHAnsi"/>
                <w:b/>
                <w:spacing w:val="-8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LOS</w:t>
            </w:r>
            <w:r w:rsidRPr="00B5445B">
              <w:rPr>
                <w:rFonts w:asciiTheme="majorHAnsi" w:hAnsiTheme="majorHAnsi" w:cstheme="majorHAnsi"/>
                <w:b/>
                <w:spacing w:val="-8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PROGENITORES</w:t>
            </w:r>
            <w:r w:rsidRPr="00B5445B">
              <w:rPr>
                <w:rFonts w:asciiTheme="majorHAnsi" w:hAnsiTheme="majorHAnsi" w:cstheme="majorHAnsi"/>
                <w:b/>
                <w:spacing w:val="-8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(Ha</w:t>
            </w:r>
            <w:r w:rsidRPr="00B5445B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de</w:t>
            </w:r>
            <w:r w:rsidRPr="00B5445B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adjuntarse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Sentencia</w:t>
            </w:r>
            <w:r w:rsidRPr="00B5445B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de</w:t>
            </w:r>
            <w:r w:rsidRPr="00B5445B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Divorcio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  <w:spacing w:val="-10"/>
              </w:rPr>
              <w:t>y</w:t>
            </w:r>
            <w:r w:rsidRPr="00B5445B">
              <w:rPr>
                <w:rFonts w:asciiTheme="majorHAnsi" w:hAnsiTheme="majorHAnsi" w:cstheme="majorHAnsi"/>
                <w:b/>
              </w:rPr>
              <w:t xml:space="preserve"> copia</w:t>
            </w:r>
            <w:r w:rsidRPr="00B5445B">
              <w:rPr>
                <w:rFonts w:asciiTheme="majorHAnsi" w:hAnsiTheme="majorHAnsi" w:cstheme="majorHAnsi"/>
                <w:b/>
                <w:spacing w:val="-6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del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Convenio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Regulador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si</w:t>
            </w:r>
            <w:r w:rsidRPr="00B5445B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no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se</w:t>
            </w:r>
            <w:r w:rsidRPr="00B5445B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ha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entregado</w:t>
            </w:r>
            <w:r w:rsidRPr="00B5445B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con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anterioridad</w:t>
            </w:r>
            <w:r w:rsidRPr="00B5445B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o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si</w:t>
            </w:r>
            <w:r w:rsidRPr="00B5445B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se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</w:rPr>
              <w:t>ha</w:t>
            </w:r>
            <w:r w:rsidRPr="00B5445B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B5445B">
              <w:rPr>
                <w:rFonts w:asciiTheme="majorHAnsi" w:hAnsiTheme="majorHAnsi" w:cstheme="majorHAnsi"/>
                <w:b/>
                <w:spacing w:val="-2"/>
              </w:rPr>
              <w:t>modificado)</w:t>
            </w:r>
          </w:p>
        </w:tc>
      </w:tr>
      <w:tr w:rsidR="00FE5B9C" w:rsidRPr="00343182" w:rsidTr="00FE5B9C">
        <w:trPr>
          <w:trHeight w:val="1358"/>
        </w:trPr>
        <w:tc>
          <w:tcPr>
            <w:tcW w:w="109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tabs>
                <w:tab w:val="left" w:pos="8786"/>
              </w:tabs>
              <w:spacing w:before="225"/>
              <w:ind w:left="3126"/>
              <w:rPr>
                <w:rFonts w:asciiTheme="majorHAnsi" w:hAnsiTheme="majorHAnsi" w:cstheme="majorHAnsi"/>
                <w:sz w:val="20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7568" behindDoc="1" locked="0" layoutInCell="1" allowOverlap="1" wp14:anchorId="11F0C119" wp14:editId="5C2C98B3">
                      <wp:simplePos x="0" y="0"/>
                      <wp:positionH relativeFrom="column">
                        <wp:posOffset>1787956</wp:posOffset>
                      </wp:positionH>
                      <wp:positionV relativeFrom="paragraph">
                        <wp:posOffset>130808</wp:posOffset>
                      </wp:positionV>
                      <wp:extent cx="169545" cy="50165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501650"/>
                                <a:chOff x="0" y="0"/>
                                <a:chExt cx="169545" cy="50165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6350" y="6350"/>
                                  <a:ext cx="155575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55575">
                                      <a:moveTo>
                                        <a:pt x="155181" y="77590"/>
                                      </a:moveTo>
                                      <a:lnTo>
                                        <a:pt x="149084" y="47388"/>
                                      </a:lnTo>
                                      <a:lnTo>
                                        <a:pt x="132456" y="22725"/>
                                      </a:lnTo>
                                      <a:lnTo>
                                        <a:pt x="107793" y="6097"/>
                                      </a:lnTo>
                                      <a:lnTo>
                                        <a:pt x="77590" y="0"/>
                                      </a:lnTo>
                                      <a:lnTo>
                                        <a:pt x="47388" y="6097"/>
                                      </a:lnTo>
                                      <a:lnTo>
                                        <a:pt x="22725" y="22725"/>
                                      </a:lnTo>
                                      <a:lnTo>
                                        <a:pt x="6097" y="47388"/>
                                      </a:lnTo>
                                      <a:lnTo>
                                        <a:pt x="0" y="77590"/>
                                      </a:lnTo>
                                      <a:lnTo>
                                        <a:pt x="6097" y="107793"/>
                                      </a:lnTo>
                                      <a:lnTo>
                                        <a:pt x="22725" y="132456"/>
                                      </a:lnTo>
                                      <a:lnTo>
                                        <a:pt x="47388" y="149084"/>
                                      </a:lnTo>
                                      <a:lnTo>
                                        <a:pt x="77590" y="155181"/>
                                      </a:lnTo>
                                      <a:lnTo>
                                        <a:pt x="107793" y="149084"/>
                                      </a:lnTo>
                                      <a:lnTo>
                                        <a:pt x="132456" y="132456"/>
                                      </a:lnTo>
                                      <a:lnTo>
                                        <a:pt x="149084" y="107793"/>
                                      </a:lnTo>
                                      <a:lnTo>
                                        <a:pt x="155181" y="775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9049" y="19049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110774" y="19006"/>
                                      </a:moveTo>
                                      <a:lnTo>
                                        <a:pt x="89308" y="4751"/>
                                      </a:lnTo>
                                      <a:lnTo>
                                        <a:pt x="64890" y="0"/>
                                      </a:lnTo>
                                      <a:lnTo>
                                        <a:pt x="40472" y="4751"/>
                                      </a:lnTo>
                                      <a:lnTo>
                                        <a:pt x="19006" y="19006"/>
                                      </a:lnTo>
                                      <a:lnTo>
                                        <a:pt x="4751" y="40472"/>
                                      </a:lnTo>
                                      <a:lnTo>
                                        <a:pt x="0" y="64890"/>
                                      </a:lnTo>
                                      <a:lnTo>
                                        <a:pt x="4751" y="89308"/>
                                      </a:lnTo>
                                      <a:lnTo>
                                        <a:pt x="19006" y="110774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38056" y="38056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0" y="91768"/>
                                      </a:moveTo>
                                      <a:lnTo>
                                        <a:pt x="21466" y="106023"/>
                                      </a:lnTo>
                                      <a:lnTo>
                                        <a:pt x="45884" y="110774"/>
                                      </a:lnTo>
                                      <a:lnTo>
                                        <a:pt x="70302" y="106023"/>
                                      </a:lnTo>
                                      <a:lnTo>
                                        <a:pt x="91768" y="91768"/>
                                      </a:lnTo>
                                      <a:lnTo>
                                        <a:pt x="106023" y="70302"/>
                                      </a:lnTo>
                                      <a:lnTo>
                                        <a:pt x="110774" y="45884"/>
                                      </a:lnTo>
                                      <a:lnTo>
                                        <a:pt x="106023" y="21466"/>
                                      </a:lnTo>
                                      <a:lnTo>
                                        <a:pt x="91768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7727" y="172681"/>
                                  <a:ext cx="155575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55575">
                                      <a:moveTo>
                                        <a:pt x="155168" y="77584"/>
                                      </a:moveTo>
                                      <a:lnTo>
                                        <a:pt x="149071" y="47383"/>
                                      </a:lnTo>
                                      <a:lnTo>
                                        <a:pt x="132445" y="22722"/>
                                      </a:lnTo>
                                      <a:lnTo>
                                        <a:pt x="107784" y="6096"/>
                                      </a:lnTo>
                                      <a:lnTo>
                                        <a:pt x="77584" y="0"/>
                                      </a:lnTo>
                                      <a:lnTo>
                                        <a:pt x="47383" y="6096"/>
                                      </a:lnTo>
                                      <a:lnTo>
                                        <a:pt x="22722" y="22722"/>
                                      </a:lnTo>
                                      <a:lnTo>
                                        <a:pt x="6096" y="47383"/>
                                      </a:lnTo>
                                      <a:lnTo>
                                        <a:pt x="0" y="77584"/>
                                      </a:lnTo>
                                      <a:lnTo>
                                        <a:pt x="6096" y="107784"/>
                                      </a:lnTo>
                                      <a:lnTo>
                                        <a:pt x="22722" y="132445"/>
                                      </a:lnTo>
                                      <a:lnTo>
                                        <a:pt x="47383" y="149071"/>
                                      </a:lnTo>
                                      <a:lnTo>
                                        <a:pt x="77584" y="155168"/>
                                      </a:lnTo>
                                      <a:lnTo>
                                        <a:pt x="107784" y="149071"/>
                                      </a:lnTo>
                                      <a:lnTo>
                                        <a:pt x="132445" y="132445"/>
                                      </a:lnTo>
                                      <a:lnTo>
                                        <a:pt x="149071" y="107784"/>
                                      </a:lnTo>
                                      <a:lnTo>
                                        <a:pt x="155168" y="77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20428" y="185382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110763" y="19004"/>
                                      </a:moveTo>
                                      <a:lnTo>
                                        <a:pt x="89299" y="4751"/>
                                      </a:lnTo>
                                      <a:lnTo>
                                        <a:pt x="64884" y="0"/>
                                      </a:lnTo>
                                      <a:lnTo>
                                        <a:pt x="40468" y="4751"/>
                                      </a:lnTo>
                                      <a:lnTo>
                                        <a:pt x="19004" y="19004"/>
                                      </a:lnTo>
                                      <a:lnTo>
                                        <a:pt x="4751" y="40468"/>
                                      </a:lnTo>
                                      <a:lnTo>
                                        <a:pt x="0" y="64884"/>
                                      </a:lnTo>
                                      <a:lnTo>
                                        <a:pt x="4751" y="89299"/>
                                      </a:lnTo>
                                      <a:lnTo>
                                        <a:pt x="19004" y="110763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39432" y="204386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0" y="91759"/>
                                      </a:moveTo>
                                      <a:lnTo>
                                        <a:pt x="21464" y="106012"/>
                                      </a:lnTo>
                                      <a:lnTo>
                                        <a:pt x="45879" y="110763"/>
                                      </a:lnTo>
                                      <a:lnTo>
                                        <a:pt x="70295" y="106012"/>
                                      </a:lnTo>
                                      <a:lnTo>
                                        <a:pt x="91759" y="91759"/>
                                      </a:lnTo>
                                      <a:lnTo>
                                        <a:pt x="106012" y="70295"/>
                                      </a:lnTo>
                                      <a:lnTo>
                                        <a:pt x="110763" y="45879"/>
                                      </a:lnTo>
                                      <a:lnTo>
                                        <a:pt x="106012" y="21464"/>
                                      </a:lnTo>
                                      <a:lnTo>
                                        <a:pt x="91759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7727" y="339686"/>
                                  <a:ext cx="155575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55575">
                                      <a:moveTo>
                                        <a:pt x="155168" y="77584"/>
                                      </a:moveTo>
                                      <a:lnTo>
                                        <a:pt x="149071" y="47384"/>
                                      </a:lnTo>
                                      <a:lnTo>
                                        <a:pt x="132445" y="22723"/>
                                      </a:lnTo>
                                      <a:lnTo>
                                        <a:pt x="107784" y="6096"/>
                                      </a:lnTo>
                                      <a:lnTo>
                                        <a:pt x="77584" y="0"/>
                                      </a:lnTo>
                                      <a:lnTo>
                                        <a:pt x="47384" y="6096"/>
                                      </a:lnTo>
                                      <a:lnTo>
                                        <a:pt x="22723" y="22723"/>
                                      </a:lnTo>
                                      <a:lnTo>
                                        <a:pt x="6096" y="47384"/>
                                      </a:lnTo>
                                      <a:lnTo>
                                        <a:pt x="0" y="77584"/>
                                      </a:lnTo>
                                      <a:lnTo>
                                        <a:pt x="6096" y="107784"/>
                                      </a:lnTo>
                                      <a:lnTo>
                                        <a:pt x="22723" y="132445"/>
                                      </a:lnTo>
                                      <a:lnTo>
                                        <a:pt x="47384" y="149071"/>
                                      </a:lnTo>
                                      <a:lnTo>
                                        <a:pt x="77584" y="155168"/>
                                      </a:lnTo>
                                      <a:lnTo>
                                        <a:pt x="107784" y="149071"/>
                                      </a:lnTo>
                                      <a:lnTo>
                                        <a:pt x="132445" y="132445"/>
                                      </a:lnTo>
                                      <a:lnTo>
                                        <a:pt x="149071" y="107784"/>
                                      </a:lnTo>
                                      <a:lnTo>
                                        <a:pt x="155168" y="77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20428" y="352386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110763" y="19004"/>
                                      </a:moveTo>
                                      <a:lnTo>
                                        <a:pt x="89299" y="4751"/>
                                      </a:lnTo>
                                      <a:lnTo>
                                        <a:pt x="64884" y="0"/>
                                      </a:lnTo>
                                      <a:lnTo>
                                        <a:pt x="40468" y="4751"/>
                                      </a:lnTo>
                                      <a:lnTo>
                                        <a:pt x="19004" y="19004"/>
                                      </a:lnTo>
                                      <a:lnTo>
                                        <a:pt x="4751" y="40468"/>
                                      </a:lnTo>
                                      <a:lnTo>
                                        <a:pt x="0" y="64884"/>
                                      </a:lnTo>
                                      <a:lnTo>
                                        <a:pt x="4751" y="89299"/>
                                      </a:lnTo>
                                      <a:lnTo>
                                        <a:pt x="19004" y="110763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39432" y="371391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0" y="91759"/>
                                      </a:moveTo>
                                      <a:lnTo>
                                        <a:pt x="21464" y="106012"/>
                                      </a:lnTo>
                                      <a:lnTo>
                                        <a:pt x="45879" y="110763"/>
                                      </a:lnTo>
                                      <a:lnTo>
                                        <a:pt x="70295" y="106012"/>
                                      </a:lnTo>
                                      <a:lnTo>
                                        <a:pt x="91759" y="91759"/>
                                      </a:lnTo>
                                      <a:lnTo>
                                        <a:pt x="106012" y="70295"/>
                                      </a:lnTo>
                                      <a:lnTo>
                                        <a:pt x="110763" y="45879"/>
                                      </a:lnTo>
                                      <a:lnTo>
                                        <a:pt x="106012" y="21464"/>
                                      </a:lnTo>
                                      <a:lnTo>
                                        <a:pt x="91759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056357" id="Group 65" o:spid="_x0000_s1026" style="position:absolute;margin-left:140.8pt;margin-top:10.3pt;width:13.35pt;height:39.5pt;z-index:-251558912;mso-wrap-distance-left:0;mso-wrap-distance-right:0" coordsize="169545,5016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">
                      <v:shape id="Graphic 66" o:spid="_x0000_s1027" style="position:absolute;left:6350;top:6350;width:155575;height:155575;visibility:visible;mso-wrap-style:square;v-text-anchor:top" coordsize="155575,155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" path="m155181,77590l149084,47388,132456,22725,107793,6097,77590,,47388,6097,22725,22725,6097,47388,,77590r6097,30203l22725,132456r24663,16628l77590,155181r30203,-6097l132456,132456r16628,-24663l155181,77590xe" filled="f" strokeweight="1pt">
                        <v:path arrowok="t"/>
                      </v:shape>
                      <v:shape id="Graphic 67" o:spid="_x0000_s1028" style="position:absolute;left:19049;top:19049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" path="m110774,19006l89308,4751,64890,,40472,4751,19006,19006,4751,40472,,64890,4751,89308r14255,21466e" filled="f" strokecolor="#7f7f7f" strokeweight=".35275mm">
                        <v:path arrowok="t"/>
                      </v:shape>
                      <v:shape id="Graphic 68" o:spid="_x0000_s1029" style="position:absolute;left:38056;top:38056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" path="m,91768r21466,14255l45884,110774r24418,-4751l91768,91768,106023,70302r4751,-24418l106023,21466,91768,e" filled="f" strokecolor="#bfbfbf" strokeweight=".35275mm">
                        <v:path arrowok="t"/>
                      </v:shape>
                      <v:shape id="Graphic 69" o:spid="_x0000_s1030" style="position:absolute;left:7727;top:172681;width:155575;height:155575;visibility:visible;mso-wrap-style:square;v-text-anchor:top" coordsize="155575,155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" path="m155168,77584l149071,47383,132445,22722,107784,6096,77584,,47383,6096,22722,22722,6096,47383,,77584r6096,30200l22722,132445r24661,16626l77584,155168r30200,-6097l132445,132445r16626,-24661l155168,77584xe" filled="f" strokeweight="1pt">
                        <v:path arrowok="t"/>
                      </v:shape>
                      <v:shape id="Graphic 70" o:spid="_x0000_s1031" style="position:absolute;left:20428;top:185382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" path="m110763,19004l89299,4751,64884,,40468,4751,19004,19004,4751,40468,,64884,4751,89299r14253,21464e" filled="f" strokecolor="#7f7f7f" strokeweight=".35275mm">
                        <v:path arrowok="t"/>
                      </v:shape>
                      <v:shape id="Graphic 71" o:spid="_x0000_s1032" style="position:absolute;left:39432;top:204386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" path="m,91759r21464,14253l45879,110763r24416,-4751l91759,91759,106012,70295r4751,-24416l106012,21464,91759,e" filled="f" strokecolor="#bfbfbf" strokeweight=".35275mm">
                        <v:path arrowok="t"/>
                      </v:shape>
                      <v:shape id="Graphic 72" o:spid="_x0000_s1033" style="position:absolute;left:7727;top:339686;width:155575;height:155575;visibility:visible;mso-wrap-style:square;v-text-anchor:top" coordsize="155575,155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" path="m155168,77584l149071,47384,132445,22723,107784,6096,77584,,47384,6096,22723,22723,6096,47384,,77584r6096,30200l22723,132445r24661,16626l77584,155168r30200,-6097l132445,132445r16626,-24661l155168,77584xe" filled="f" strokeweight="1pt">
                        <v:path arrowok="t"/>
                      </v:shape>
                      <v:shape id="Graphic 73" o:spid="_x0000_s1034" style="position:absolute;left:20428;top:352386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" path="m110763,19004l89299,4751,64884,,40468,4751,19004,19004,4751,40468,,64884,4751,89299r14253,21464e" filled="f" strokecolor="#7f7f7f" strokeweight=".35275mm">
                        <v:path arrowok="t"/>
                      </v:shape>
                      <v:shape id="Graphic 74" o:spid="_x0000_s1035" style="position:absolute;left:39432;top:371391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" path="m,91759r21464,14253l45879,110763r24416,-4751l91759,91759,106012,70295r4751,-24416l106012,21464,91759,e" filled="f" strokecolor="#bfbfb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8592" behindDoc="1" locked="0" layoutInCell="1" allowOverlap="1" wp14:anchorId="35EAE2D8" wp14:editId="0F0D4DD1">
                      <wp:simplePos x="0" y="0"/>
                      <wp:positionH relativeFrom="column">
                        <wp:posOffset>5366035</wp:posOffset>
                      </wp:positionH>
                      <wp:positionV relativeFrom="paragraph">
                        <wp:posOffset>119061</wp:posOffset>
                      </wp:positionV>
                      <wp:extent cx="169545" cy="50165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501650"/>
                                <a:chOff x="0" y="0"/>
                                <a:chExt cx="169545" cy="50165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6350" y="6350"/>
                                  <a:ext cx="155575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55575">
                                      <a:moveTo>
                                        <a:pt x="155168" y="77584"/>
                                      </a:moveTo>
                                      <a:lnTo>
                                        <a:pt x="149071" y="47383"/>
                                      </a:lnTo>
                                      <a:lnTo>
                                        <a:pt x="132445" y="22722"/>
                                      </a:lnTo>
                                      <a:lnTo>
                                        <a:pt x="107784" y="6096"/>
                                      </a:lnTo>
                                      <a:lnTo>
                                        <a:pt x="77584" y="0"/>
                                      </a:lnTo>
                                      <a:lnTo>
                                        <a:pt x="47383" y="6096"/>
                                      </a:lnTo>
                                      <a:lnTo>
                                        <a:pt x="22722" y="22722"/>
                                      </a:lnTo>
                                      <a:lnTo>
                                        <a:pt x="6096" y="47383"/>
                                      </a:lnTo>
                                      <a:lnTo>
                                        <a:pt x="0" y="77584"/>
                                      </a:lnTo>
                                      <a:lnTo>
                                        <a:pt x="6096" y="107784"/>
                                      </a:lnTo>
                                      <a:lnTo>
                                        <a:pt x="22722" y="132445"/>
                                      </a:lnTo>
                                      <a:lnTo>
                                        <a:pt x="47383" y="149071"/>
                                      </a:lnTo>
                                      <a:lnTo>
                                        <a:pt x="77584" y="155168"/>
                                      </a:lnTo>
                                      <a:lnTo>
                                        <a:pt x="107784" y="149071"/>
                                      </a:lnTo>
                                      <a:lnTo>
                                        <a:pt x="132445" y="132445"/>
                                      </a:lnTo>
                                      <a:lnTo>
                                        <a:pt x="149071" y="107784"/>
                                      </a:lnTo>
                                      <a:lnTo>
                                        <a:pt x="155168" y="77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9050" y="19050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110763" y="19004"/>
                                      </a:moveTo>
                                      <a:lnTo>
                                        <a:pt x="89299" y="4751"/>
                                      </a:lnTo>
                                      <a:lnTo>
                                        <a:pt x="64884" y="0"/>
                                      </a:lnTo>
                                      <a:lnTo>
                                        <a:pt x="40468" y="4751"/>
                                      </a:lnTo>
                                      <a:lnTo>
                                        <a:pt x="19004" y="19004"/>
                                      </a:lnTo>
                                      <a:lnTo>
                                        <a:pt x="4751" y="40468"/>
                                      </a:lnTo>
                                      <a:lnTo>
                                        <a:pt x="0" y="64884"/>
                                      </a:lnTo>
                                      <a:lnTo>
                                        <a:pt x="4751" y="89299"/>
                                      </a:lnTo>
                                      <a:lnTo>
                                        <a:pt x="19004" y="110763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38054" y="38054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0" y="91759"/>
                                      </a:moveTo>
                                      <a:lnTo>
                                        <a:pt x="21464" y="106012"/>
                                      </a:lnTo>
                                      <a:lnTo>
                                        <a:pt x="45879" y="110763"/>
                                      </a:lnTo>
                                      <a:lnTo>
                                        <a:pt x="70295" y="106012"/>
                                      </a:lnTo>
                                      <a:lnTo>
                                        <a:pt x="91759" y="91759"/>
                                      </a:lnTo>
                                      <a:lnTo>
                                        <a:pt x="106012" y="70295"/>
                                      </a:lnTo>
                                      <a:lnTo>
                                        <a:pt x="110763" y="45879"/>
                                      </a:lnTo>
                                      <a:lnTo>
                                        <a:pt x="106012" y="21464"/>
                                      </a:lnTo>
                                      <a:lnTo>
                                        <a:pt x="91759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7715" y="172669"/>
                                  <a:ext cx="155575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55575">
                                      <a:moveTo>
                                        <a:pt x="155181" y="77590"/>
                                      </a:moveTo>
                                      <a:lnTo>
                                        <a:pt x="149084" y="47388"/>
                                      </a:lnTo>
                                      <a:lnTo>
                                        <a:pt x="132456" y="22725"/>
                                      </a:lnTo>
                                      <a:lnTo>
                                        <a:pt x="107793" y="6097"/>
                                      </a:lnTo>
                                      <a:lnTo>
                                        <a:pt x="77590" y="0"/>
                                      </a:lnTo>
                                      <a:lnTo>
                                        <a:pt x="47388" y="6097"/>
                                      </a:lnTo>
                                      <a:lnTo>
                                        <a:pt x="22725" y="22725"/>
                                      </a:lnTo>
                                      <a:lnTo>
                                        <a:pt x="6097" y="47388"/>
                                      </a:lnTo>
                                      <a:lnTo>
                                        <a:pt x="0" y="77590"/>
                                      </a:lnTo>
                                      <a:lnTo>
                                        <a:pt x="6097" y="107793"/>
                                      </a:lnTo>
                                      <a:lnTo>
                                        <a:pt x="22725" y="132456"/>
                                      </a:lnTo>
                                      <a:lnTo>
                                        <a:pt x="47388" y="149084"/>
                                      </a:lnTo>
                                      <a:lnTo>
                                        <a:pt x="77590" y="155181"/>
                                      </a:lnTo>
                                      <a:lnTo>
                                        <a:pt x="107793" y="149084"/>
                                      </a:lnTo>
                                      <a:lnTo>
                                        <a:pt x="132456" y="132456"/>
                                      </a:lnTo>
                                      <a:lnTo>
                                        <a:pt x="149084" y="107793"/>
                                      </a:lnTo>
                                      <a:lnTo>
                                        <a:pt x="155181" y="775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20415" y="185369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110774" y="19006"/>
                                      </a:moveTo>
                                      <a:lnTo>
                                        <a:pt x="89308" y="4751"/>
                                      </a:lnTo>
                                      <a:lnTo>
                                        <a:pt x="64890" y="0"/>
                                      </a:lnTo>
                                      <a:lnTo>
                                        <a:pt x="40472" y="4751"/>
                                      </a:lnTo>
                                      <a:lnTo>
                                        <a:pt x="19006" y="19006"/>
                                      </a:lnTo>
                                      <a:lnTo>
                                        <a:pt x="4751" y="40472"/>
                                      </a:lnTo>
                                      <a:lnTo>
                                        <a:pt x="0" y="64890"/>
                                      </a:lnTo>
                                      <a:lnTo>
                                        <a:pt x="4751" y="89308"/>
                                      </a:lnTo>
                                      <a:lnTo>
                                        <a:pt x="19006" y="110774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39421" y="204375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0" y="91768"/>
                                      </a:moveTo>
                                      <a:lnTo>
                                        <a:pt x="21466" y="106023"/>
                                      </a:lnTo>
                                      <a:lnTo>
                                        <a:pt x="45884" y="110774"/>
                                      </a:lnTo>
                                      <a:lnTo>
                                        <a:pt x="70302" y="106023"/>
                                      </a:lnTo>
                                      <a:lnTo>
                                        <a:pt x="91768" y="91768"/>
                                      </a:lnTo>
                                      <a:lnTo>
                                        <a:pt x="106023" y="70302"/>
                                      </a:lnTo>
                                      <a:lnTo>
                                        <a:pt x="110774" y="45884"/>
                                      </a:lnTo>
                                      <a:lnTo>
                                        <a:pt x="106023" y="21466"/>
                                      </a:lnTo>
                                      <a:lnTo>
                                        <a:pt x="91768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7721" y="339674"/>
                                  <a:ext cx="155575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55575">
                                      <a:moveTo>
                                        <a:pt x="155168" y="77584"/>
                                      </a:moveTo>
                                      <a:lnTo>
                                        <a:pt x="149071" y="47383"/>
                                      </a:lnTo>
                                      <a:lnTo>
                                        <a:pt x="132445" y="22722"/>
                                      </a:lnTo>
                                      <a:lnTo>
                                        <a:pt x="107784" y="6096"/>
                                      </a:lnTo>
                                      <a:lnTo>
                                        <a:pt x="77584" y="0"/>
                                      </a:lnTo>
                                      <a:lnTo>
                                        <a:pt x="47383" y="6096"/>
                                      </a:lnTo>
                                      <a:lnTo>
                                        <a:pt x="22722" y="22722"/>
                                      </a:lnTo>
                                      <a:lnTo>
                                        <a:pt x="6096" y="47383"/>
                                      </a:lnTo>
                                      <a:lnTo>
                                        <a:pt x="0" y="77584"/>
                                      </a:lnTo>
                                      <a:lnTo>
                                        <a:pt x="6096" y="107784"/>
                                      </a:lnTo>
                                      <a:lnTo>
                                        <a:pt x="22722" y="132445"/>
                                      </a:lnTo>
                                      <a:lnTo>
                                        <a:pt x="47383" y="149071"/>
                                      </a:lnTo>
                                      <a:lnTo>
                                        <a:pt x="77584" y="155168"/>
                                      </a:lnTo>
                                      <a:lnTo>
                                        <a:pt x="107784" y="149071"/>
                                      </a:lnTo>
                                      <a:lnTo>
                                        <a:pt x="132445" y="132445"/>
                                      </a:lnTo>
                                      <a:lnTo>
                                        <a:pt x="149071" y="107784"/>
                                      </a:lnTo>
                                      <a:lnTo>
                                        <a:pt x="155168" y="77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20421" y="352374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110763" y="19004"/>
                                      </a:moveTo>
                                      <a:lnTo>
                                        <a:pt x="89299" y="4751"/>
                                      </a:lnTo>
                                      <a:lnTo>
                                        <a:pt x="64884" y="0"/>
                                      </a:lnTo>
                                      <a:lnTo>
                                        <a:pt x="40468" y="4751"/>
                                      </a:lnTo>
                                      <a:lnTo>
                                        <a:pt x="19004" y="19004"/>
                                      </a:lnTo>
                                      <a:lnTo>
                                        <a:pt x="4751" y="40468"/>
                                      </a:lnTo>
                                      <a:lnTo>
                                        <a:pt x="0" y="64884"/>
                                      </a:lnTo>
                                      <a:lnTo>
                                        <a:pt x="4751" y="89299"/>
                                      </a:lnTo>
                                      <a:lnTo>
                                        <a:pt x="19004" y="110763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39426" y="371378"/>
                                  <a:ext cx="11112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125" h="111125">
                                      <a:moveTo>
                                        <a:pt x="0" y="91759"/>
                                      </a:moveTo>
                                      <a:lnTo>
                                        <a:pt x="21464" y="106012"/>
                                      </a:lnTo>
                                      <a:lnTo>
                                        <a:pt x="45879" y="110763"/>
                                      </a:lnTo>
                                      <a:lnTo>
                                        <a:pt x="70295" y="106012"/>
                                      </a:lnTo>
                                      <a:lnTo>
                                        <a:pt x="91759" y="91759"/>
                                      </a:lnTo>
                                      <a:lnTo>
                                        <a:pt x="106012" y="70295"/>
                                      </a:lnTo>
                                      <a:lnTo>
                                        <a:pt x="110763" y="45879"/>
                                      </a:lnTo>
                                      <a:lnTo>
                                        <a:pt x="106012" y="21464"/>
                                      </a:lnTo>
                                      <a:lnTo>
                                        <a:pt x="91759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881C19" id="Group 75" o:spid="_x0000_s1026" style="position:absolute;margin-left:422.5pt;margin-top:9.35pt;width:13.35pt;height:39.5pt;z-index:-251557888;mso-wrap-distance-left:0;mso-wrap-distance-right:0" coordsize="169545,5016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">
                      <v:shape id="Graphic 76" o:spid="_x0000_s1027" style="position:absolute;left:6350;top:6350;width:155575;height:155575;visibility:visible;mso-wrap-style:square;v-text-anchor:top" coordsize="155575,155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" path="m155168,77584l149071,47383,132445,22722,107784,6096,77584,,47383,6096,22722,22722,6096,47383,,77584r6096,30200l22722,132445r24661,16626l77584,155168r30200,-6097l132445,132445r16626,-24661l155168,77584xe" filled="f" strokeweight="1pt">
                        <v:path arrowok="t"/>
                      </v:shape>
                      <v:shape id="Graphic 77" o:spid="_x0000_s1028" style="position:absolute;left:19050;top:19050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" path="m110763,19004l89299,4751,64884,,40468,4751,19004,19004,4751,40468,,64884,4751,89299r14253,21464e" filled="f" strokecolor="#7f7f7f" strokeweight=".35275mm">
                        <v:path arrowok="t"/>
                      </v:shape>
                      <v:shape id="Graphic 78" o:spid="_x0000_s1029" style="position:absolute;left:38054;top:38054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" path="m,91759r21464,14253l45879,110763r24416,-4751l91759,91759,106012,70295r4751,-24416l106012,21464,91759,e" filled="f" strokecolor="#bfbfbf" strokeweight=".35275mm">
                        <v:path arrowok="t"/>
                      </v:shape>
                      <v:shape id="Graphic 79" o:spid="_x0000_s1030" style="position:absolute;left:7715;top:172669;width:155575;height:155575;visibility:visible;mso-wrap-style:square;v-text-anchor:top" coordsize="155575,155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" path="m155181,77590l149084,47388,132456,22725,107793,6097,77590,,47388,6097,22725,22725,6097,47388,,77590r6097,30203l22725,132456r24663,16628l77590,155181r30203,-6097l132456,132456r16628,-24663l155181,77590xe" filled="f" strokeweight="1pt">
                        <v:path arrowok="t"/>
                      </v:shape>
                      <v:shape id="Graphic 80" o:spid="_x0000_s1031" style="position:absolute;left:20415;top:185369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" path="m110774,19006l89308,4751,64890,,40472,4751,19006,19006,4751,40472,,64890,4751,89308r14255,21466e" filled="f" strokecolor="#7f7f7f" strokeweight=".35275mm">
                        <v:path arrowok="t"/>
                      </v:shape>
                      <v:shape id="Graphic 81" o:spid="_x0000_s1032" style="position:absolute;left:39421;top:204375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" path="m,91768r21466,14255l45884,110774r24418,-4751l91768,91768,106023,70302r4751,-24418l106023,21466,91768,e" filled="f" strokecolor="#bfbfbf" strokeweight=".35275mm">
                        <v:path arrowok="t"/>
                      </v:shape>
                      <v:shape id="Graphic 82" o:spid="_x0000_s1033" style="position:absolute;left:7721;top:339674;width:155575;height:155575;visibility:visible;mso-wrap-style:square;v-text-anchor:top" coordsize="155575,155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" path="m155168,77584l149071,47383,132445,22722,107784,6096,77584,,47383,6096,22722,22722,6096,47383,,77584r6096,30200l22722,132445r24661,16626l77584,155168r30200,-6097l132445,132445r16626,-24661l155168,77584xe" filled="f" strokeweight="1pt">
                        <v:path arrowok="t"/>
                      </v:shape>
                      <v:shape id="Graphic 83" o:spid="_x0000_s1034" style="position:absolute;left:20421;top:352374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" path="m110763,19004l89299,4751,64884,,40468,4751,19004,19004,4751,40468,,64884,4751,89299r14253,21464e" filled="f" strokecolor="#7f7f7f" strokeweight=".35275mm">
                        <v:path arrowok="t"/>
                      </v:shape>
                      <v:shape id="Graphic 84" o:spid="_x0000_s1035" style="position:absolute;left:39426;top:371378;width:111125;height:111125;visibility:visible;mso-wrap-style:square;v-text-anchor:top" coordsize="11112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" path="m,91759r21464,14253l45879,110763r24416,-4751l91759,91759,106012,70295r4751,-24416l106012,21464,91759,e" filled="f" strokecolor="#bfbfb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z w:val="20"/>
              </w:rPr>
              <w:t>De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20"/>
              </w:rPr>
              <w:t>ambos</w:t>
            </w:r>
            <w:r w:rsidRPr="00B5445B">
              <w:rPr>
                <w:rFonts w:asciiTheme="majorHAnsi" w:hAnsiTheme="majorHAnsi" w:cstheme="majorHAnsi"/>
                <w:sz w:val="20"/>
              </w:rPr>
              <w:tab/>
              <w:t>El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20"/>
              </w:rPr>
              <w:t>padre</w:t>
            </w:r>
          </w:p>
          <w:p w:rsidR="00FE5B9C" w:rsidRPr="00B5445B" w:rsidRDefault="00FE5B9C" w:rsidP="00FE5B9C">
            <w:pPr>
              <w:pStyle w:val="TableParagraph"/>
              <w:tabs>
                <w:tab w:val="left" w:pos="3122"/>
                <w:tab w:val="left" w:pos="4960"/>
                <w:tab w:val="left" w:pos="8786"/>
              </w:tabs>
              <w:ind w:left="117"/>
              <w:rPr>
                <w:rFonts w:asciiTheme="majorHAnsi" w:hAnsiTheme="majorHAnsi" w:cstheme="majorHAnsi"/>
                <w:sz w:val="20"/>
              </w:rPr>
            </w:pPr>
            <w:r w:rsidRPr="00B5445B">
              <w:rPr>
                <w:rFonts w:asciiTheme="majorHAnsi" w:hAnsiTheme="majorHAnsi" w:cstheme="majorHAnsi"/>
                <w:sz w:val="20"/>
              </w:rPr>
              <w:t>La</w:t>
            </w:r>
            <w:r w:rsidRPr="00B5445B">
              <w:rPr>
                <w:rFonts w:asciiTheme="majorHAnsi" w:hAnsiTheme="majorHAnsi" w:cstheme="majorHAnsi"/>
                <w:spacing w:val="-9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patria</w:t>
            </w:r>
            <w:r w:rsidRPr="00B5445B">
              <w:rPr>
                <w:rFonts w:asciiTheme="majorHAnsi" w:hAnsiTheme="majorHAnsi" w:cstheme="majorHAnsi"/>
                <w:spacing w:val="-6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potestad</w:t>
            </w:r>
            <w:r w:rsidRPr="00B5445B">
              <w:rPr>
                <w:rFonts w:asciiTheme="majorHAnsi" w:hAnsiTheme="majorHAnsi" w:cstheme="majorHAnsi"/>
                <w:spacing w:val="-8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>es</w:t>
            </w:r>
            <w:r w:rsidRPr="00B5445B">
              <w:rPr>
                <w:rFonts w:asciiTheme="majorHAnsi" w:hAnsiTheme="majorHAnsi" w:cstheme="majorHAnsi"/>
                <w:sz w:val="20"/>
              </w:rPr>
              <w:tab/>
              <w:t>Del</w:t>
            </w:r>
            <w:r w:rsidRPr="00B5445B">
              <w:rPr>
                <w:rFonts w:asciiTheme="majorHAnsi" w:hAnsiTheme="majorHAnsi" w:cstheme="majorHAnsi"/>
                <w:spacing w:val="-6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>padre</w:t>
            </w:r>
            <w:r w:rsidRPr="00B5445B">
              <w:rPr>
                <w:rFonts w:asciiTheme="majorHAnsi" w:hAnsiTheme="majorHAnsi" w:cstheme="majorHAnsi"/>
                <w:sz w:val="20"/>
              </w:rPr>
              <w:tab/>
              <w:t>La</w:t>
            </w:r>
            <w:r w:rsidRPr="00B5445B">
              <w:rPr>
                <w:rFonts w:asciiTheme="majorHAnsi" w:hAnsiTheme="majorHAnsi" w:cstheme="majorHAnsi"/>
                <w:spacing w:val="-8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guarda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y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custodia</w:t>
            </w:r>
            <w:r w:rsidRPr="00B5445B">
              <w:rPr>
                <w:rFonts w:asciiTheme="majorHAnsi" w:hAnsiTheme="majorHAnsi" w:cstheme="majorHAnsi"/>
                <w:spacing w:val="-6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la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20"/>
              </w:rPr>
              <w:t>ostenta</w:t>
            </w:r>
            <w:r w:rsidRPr="00B5445B">
              <w:rPr>
                <w:rFonts w:asciiTheme="majorHAnsi" w:hAnsiTheme="majorHAnsi" w:cstheme="majorHAnsi"/>
                <w:sz w:val="20"/>
              </w:rPr>
              <w:tab/>
              <w:t>La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20"/>
              </w:rPr>
              <w:t>madre</w:t>
            </w:r>
          </w:p>
          <w:p w:rsidR="00FE5B9C" w:rsidRPr="00B5445B" w:rsidRDefault="00FE5B9C" w:rsidP="00FE5B9C">
            <w:pPr>
              <w:pStyle w:val="TableParagraph"/>
              <w:tabs>
                <w:tab w:val="left" w:pos="8786"/>
              </w:tabs>
              <w:spacing w:before="1"/>
              <w:ind w:left="3122"/>
              <w:rPr>
                <w:rFonts w:asciiTheme="majorHAnsi" w:hAnsiTheme="majorHAnsi" w:cstheme="majorHAnsi"/>
                <w:sz w:val="20"/>
              </w:rPr>
            </w:pPr>
            <w:r w:rsidRPr="00B5445B">
              <w:rPr>
                <w:rFonts w:asciiTheme="majorHAnsi" w:hAnsiTheme="majorHAnsi" w:cstheme="majorHAnsi"/>
                <w:sz w:val="20"/>
              </w:rPr>
              <w:t>De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la</w:t>
            </w:r>
            <w:r w:rsidRPr="00B5445B">
              <w:rPr>
                <w:rFonts w:asciiTheme="majorHAnsi" w:hAnsiTheme="majorHAnsi" w:cstheme="majorHAnsi"/>
                <w:spacing w:val="-2"/>
                <w:sz w:val="20"/>
              </w:rPr>
              <w:t xml:space="preserve"> madre</w:t>
            </w:r>
            <w:r w:rsidRPr="00B5445B">
              <w:rPr>
                <w:rFonts w:asciiTheme="majorHAnsi" w:hAnsiTheme="majorHAnsi" w:cstheme="majorHAnsi"/>
                <w:sz w:val="20"/>
              </w:rPr>
              <w:tab/>
            </w:r>
            <w:r w:rsidRPr="00B5445B">
              <w:rPr>
                <w:rFonts w:asciiTheme="majorHAnsi" w:hAnsiTheme="majorHAnsi" w:cstheme="majorHAnsi"/>
                <w:spacing w:val="-2"/>
                <w:sz w:val="20"/>
              </w:rPr>
              <w:t>Compartida</w:t>
            </w:r>
          </w:p>
          <w:p w:rsidR="00FE5B9C" w:rsidRPr="00B5445B" w:rsidRDefault="00FE5B9C" w:rsidP="00FE5B9C">
            <w:pPr>
              <w:pStyle w:val="TableParagraph"/>
              <w:tabs>
                <w:tab w:val="left" w:pos="6551"/>
                <w:tab w:val="left" w:pos="8134"/>
              </w:tabs>
              <w:spacing w:before="155" w:line="267" w:lineRule="exact"/>
              <w:ind w:left="2"/>
              <w:rPr>
                <w:rFonts w:asciiTheme="majorHAnsi" w:hAnsiTheme="majorHAnsi" w:cstheme="majorHAnsi"/>
                <w:b/>
                <w:sz w:val="20"/>
              </w:rPr>
            </w:pPr>
            <w:r w:rsidRPr="00B5445B">
              <w:rPr>
                <w:rFonts w:asciiTheme="majorHAnsi" w:hAnsiTheme="majorHAnsi" w:cstheme="majorHAnsi"/>
                <w:sz w:val="20"/>
              </w:rPr>
              <w:t>Datos</w:t>
            </w:r>
            <w:r w:rsidRPr="00B5445B">
              <w:rPr>
                <w:rFonts w:asciiTheme="majorHAnsi" w:hAnsiTheme="majorHAnsi" w:cstheme="majorHAnsi"/>
                <w:spacing w:val="-6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del</w:t>
            </w:r>
            <w:r w:rsidRPr="00B5445B">
              <w:rPr>
                <w:rFonts w:asciiTheme="majorHAnsi" w:hAnsiTheme="majorHAnsi" w:cstheme="majorHAnsi"/>
                <w:spacing w:val="-6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domicilio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del</w:t>
            </w:r>
            <w:r w:rsidRPr="00B5445B">
              <w:rPr>
                <w:rFonts w:asciiTheme="majorHAnsi" w:hAnsiTheme="majorHAnsi" w:cstheme="majorHAnsi"/>
                <w:spacing w:val="-6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tutor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que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no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vive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en</w:t>
            </w:r>
            <w:r w:rsidRPr="00B5445B">
              <w:rPr>
                <w:rFonts w:asciiTheme="majorHAnsi" w:hAnsiTheme="majorHAnsi" w:cstheme="majorHAnsi"/>
                <w:spacing w:val="-4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el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20"/>
              </w:rPr>
              <w:t>domicilio</w:t>
            </w:r>
            <w:r w:rsidRPr="00B5445B">
              <w:rPr>
                <w:rFonts w:asciiTheme="majorHAnsi" w:hAnsiTheme="majorHAnsi" w:cstheme="majorHAnsi"/>
                <w:spacing w:val="-5"/>
                <w:sz w:val="20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20"/>
              </w:rPr>
              <w:t>familiar</w:t>
            </w:r>
            <w:r w:rsidRPr="00B5445B">
              <w:rPr>
                <w:rFonts w:asciiTheme="majorHAnsi" w:hAnsiTheme="majorHAnsi" w:cstheme="majorHAnsi"/>
                <w:sz w:val="20"/>
              </w:rPr>
              <w:tab/>
            </w:r>
            <w:r w:rsidRPr="00B5445B">
              <w:rPr>
                <w:rFonts w:asciiTheme="majorHAnsi" w:hAnsiTheme="majorHAnsi" w:cstheme="majorHAnsi"/>
                <w:noProof/>
                <w:position w:val="-3"/>
                <w:sz w:val="20"/>
                <w:lang w:val="en-US"/>
              </w:rPr>
              <w:drawing>
                <wp:inline distT="0" distB="0" distL="0" distR="0" wp14:anchorId="0C6EFA22" wp14:editId="187EAE77">
                  <wp:extent cx="179997" cy="179997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45B">
              <w:rPr>
                <w:rFonts w:asciiTheme="majorHAnsi" w:hAnsiTheme="majorHAnsi" w:cstheme="majorHAnsi"/>
                <w:spacing w:val="-2"/>
                <w:position w:val="1"/>
                <w:sz w:val="20"/>
              </w:rPr>
              <w:t>Tutor/a_1</w:t>
            </w:r>
            <w:r w:rsidRPr="00B5445B">
              <w:rPr>
                <w:rFonts w:asciiTheme="majorHAnsi" w:hAnsiTheme="majorHAnsi" w:cstheme="majorHAnsi"/>
                <w:position w:val="1"/>
                <w:sz w:val="20"/>
              </w:rPr>
              <w:tab/>
            </w:r>
            <w:r w:rsidRPr="00B5445B">
              <w:rPr>
                <w:rFonts w:asciiTheme="majorHAnsi" w:hAnsiTheme="majorHAnsi" w:cstheme="majorHAnsi"/>
                <w:noProof/>
                <w:position w:val="-3"/>
                <w:sz w:val="20"/>
                <w:lang w:val="en-US"/>
              </w:rPr>
              <w:drawing>
                <wp:inline distT="0" distB="0" distL="0" distR="0" wp14:anchorId="4EF7C2FA" wp14:editId="11FFD00F">
                  <wp:extent cx="179997" cy="179997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45B">
              <w:rPr>
                <w:rFonts w:asciiTheme="majorHAnsi" w:hAnsiTheme="majorHAnsi" w:cstheme="majorHAnsi"/>
                <w:sz w:val="20"/>
              </w:rPr>
              <w:t xml:space="preserve"> Tutor/a_2</w:t>
            </w:r>
          </w:p>
        </w:tc>
      </w:tr>
      <w:tr w:rsidR="00FE5B9C" w:rsidTr="00FE5B9C">
        <w:trPr>
          <w:gridAfter w:val="1"/>
          <w:wAfter w:w="23" w:type="dxa"/>
          <w:trHeight w:val="1122"/>
        </w:trPr>
        <w:tc>
          <w:tcPr>
            <w:tcW w:w="2985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before="13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ind w:left="299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1424" behindDoc="1" locked="0" layoutInCell="1" allowOverlap="1" wp14:anchorId="1DDD7DC2" wp14:editId="552E38B1">
                      <wp:simplePos x="0" y="0"/>
                      <wp:positionH relativeFrom="column">
                        <wp:posOffset>192017</wp:posOffset>
                      </wp:positionH>
                      <wp:positionV relativeFrom="paragraph">
                        <wp:posOffset>-4725</wp:posOffset>
                      </wp:positionV>
                      <wp:extent cx="3594100" cy="635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94100" cy="6350"/>
                                <a:chOff x="0" y="0"/>
                                <a:chExt cx="3594100" cy="635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35941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94100" h="6350">
                                      <a:moveTo>
                                        <a:pt x="2264651" y="0"/>
                                      </a:moveTo>
                                      <a:lnTo>
                                        <a:pt x="22646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264651" y="6096"/>
                                      </a:lnTo>
                                      <a:lnTo>
                                        <a:pt x="2264651" y="0"/>
                                      </a:lnTo>
                                      <a:close/>
                                    </a:path>
                                    <a:path w="3594100" h="6350">
                                      <a:moveTo>
                                        <a:pt x="2871203" y="0"/>
                                      </a:moveTo>
                                      <a:lnTo>
                                        <a:pt x="2414016" y="0"/>
                                      </a:lnTo>
                                      <a:lnTo>
                                        <a:pt x="2407932" y="0"/>
                                      </a:lnTo>
                                      <a:lnTo>
                                        <a:pt x="2264664" y="0"/>
                                      </a:lnTo>
                                      <a:lnTo>
                                        <a:pt x="2264664" y="6096"/>
                                      </a:lnTo>
                                      <a:lnTo>
                                        <a:pt x="2407920" y="6096"/>
                                      </a:lnTo>
                                      <a:lnTo>
                                        <a:pt x="2414016" y="6096"/>
                                      </a:lnTo>
                                      <a:lnTo>
                                        <a:pt x="2871203" y="6096"/>
                                      </a:lnTo>
                                      <a:lnTo>
                                        <a:pt x="2871203" y="0"/>
                                      </a:lnTo>
                                      <a:close/>
                                    </a:path>
                                    <a:path w="3594100" h="6350">
                                      <a:moveTo>
                                        <a:pt x="3593592" y="0"/>
                                      </a:moveTo>
                                      <a:lnTo>
                                        <a:pt x="3593592" y="0"/>
                                      </a:lnTo>
                                      <a:lnTo>
                                        <a:pt x="2871216" y="0"/>
                                      </a:lnTo>
                                      <a:lnTo>
                                        <a:pt x="2871216" y="6096"/>
                                      </a:lnTo>
                                      <a:lnTo>
                                        <a:pt x="3593592" y="6096"/>
                                      </a:lnTo>
                                      <a:lnTo>
                                        <a:pt x="3593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1A2D50" id="Group 87" o:spid="_x0000_s1026" style="position:absolute;margin-left:15.1pt;margin-top:-.35pt;width:283pt;height:.5pt;z-index:-251565056;mso-wrap-distance-left:0;mso-wrap-distance-right:0" coordsize="35941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">
                      <v:shape id="Graphic 88" o:spid="_x0000_s1027" style="position:absolute;width:35941;height:63;visibility:visible;mso-wrap-style:square;v-text-anchor:top" coordsize="359410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" path="m2264651,r,l,,,6096r2264651,l2264651,xem2871203,l2414016,r-6084,l2264664,r,6096l2407920,6096r6096,l2871203,6096r,-6096xem3593592,r,l2871216,r,6096l3593592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4496" behindDoc="1" locked="0" layoutInCell="1" allowOverlap="1" wp14:anchorId="6941C77F" wp14:editId="1B8F543E">
                      <wp:simplePos x="0" y="0"/>
                      <wp:positionH relativeFrom="column">
                        <wp:posOffset>192017</wp:posOffset>
                      </wp:positionH>
                      <wp:positionV relativeFrom="paragraph">
                        <wp:posOffset>354925</wp:posOffset>
                      </wp:positionV>
                      <wp:extent cx="1565275" cy="6350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5275" cy="6350"/>
                                <a:chOff x="0" y="0"/>
                                <a:chExt cx="1565275" cy="635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12"/>
                                  <a:ext cx="156527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5275" h="6350">
                                      <a:moveTo>
                                        <a:pt x="1130795" y="0"/>
                                      </a:moveTo>
                                      <a:lnTo>
                                        <a:pt x="1124712" y="0"/>
                                      </a:lnTo>
                                      <a:lnTo>
                                        <a:pt x="902208" y="0"/>
                                      </a:lnTo>
                                      <a:lnTo>
                                        <a:pt x="8961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6112" y="6096"/>
                                      </a:lnTo>
                                      <a:lnTo>
                                        <a:pt x="902208" y="6096"/>
                                      </a:lnTo>
                                      <a:lnTo>
                                        <a:pt x="1124712" y="6096"/>
                                      </a:lnTo>
                                      <a:lnTo>
                                        <a:pt x="1130795" y="6096"/>
                                      </a:lnTo>
                                      <a:lnTo>
                                        <a:pt x="1130795" y="0"/>
                                      </a:lnTo>
                                      <a:close/>
                                    </a:path>
                                    <a:path w="1565275" h="6350">
                                      <a:moveTo>
                                        <a:pt x="1565148" y="0"/>
                                      </a:moveTo>
                                      <a:lnTo>
                                        <a:pt x="1357884" y="0"/>
                                      </a:lnTo>
                                      <a:lnTo>
                                        <a:pt x="1351800" y="0"/>
                                      </a:lnTo>
                                      <a:lnTo>
                                        <a:pt x="1130808" y="0"/>
                                      </a:lnTo>
                                      <a:lnTo>
                                        <a:pt x="1130808" y="6096"/>
                                      </a:lnTo>
                                      <a:lnTo>
                                        <a:pt x="1351788" y="6096"/>
                                      </a:lnTo>
                                      <a:lnTo>
                                        <a:pt x="1357884" y="6096"/>
                                      </a:lnTo>
                                      <a:lnTo>
                                        <a:pt x="1565148" y="6096"/>
                                      </a:lnTo>
                                      <a:lnTo>
                                        <a:pt x="1565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F5670F" id="Group 89" o:spid="_x0000_s1026" style="position:absolute;margin-left:15.1pt;margin-top:27.95pt;width:123.25pt;height:.5pt;z-index:-251561984;mso-wrap-distance-left:0;mso-wrap-distance-right:0" coordsize="15652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">
                      <v:shape id="Graphic 90" o:spid="_x0000_s1027" style="position:absolute;width:15652;height:63;visibility:visible;mso-wrap-style:square;v-text-anchor:top" coordsize="1565275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" path="m1130795,r-6083,l902208,r-6096,l,,,6096r896112,l902208,6096r222504,l1130795,6096r,-6096xem1565148,l1357884,r-6084,l1130808,r,6096l1351788,6096r6096,l156514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z w:val="12"/>
              </w:rPr>
              <w:t>Calle,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z w:val="12"/>
              </w:rPr>
              <w:t>Avenida,</w:t>
            </w:r>
            <w:r w:rsidRPr="00B5445B">
              <w:rPr>
                <w:rFonts w:asciiTheme="majorHAnsi" w:hAnsiTheme="majorHAnsi" w:cstheme="majorHAnsi"/>
                <w:spacing w:val="-1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Plaza...</w:t>
            </w:r>
          </w:p>
        </w:tc>
        <w:tc>
          <w:tcPr>
            <w:tcW w:w="336" w:type="dxa"/>
            <w:tcBorders>
              <w:top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73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676" w:type="dxa"/>
            <w:tcBorders>
              <w:top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before="13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ind w:right="253"/>
              <w:jc w:val="right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2448" behindDoc="1" locked="0" layoutInCell="1" allowOverlap="1" wp14:anchorId="649F80B9" wp14:editId="561A2DDF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-4725</wp:posOffset>
                      </wp:positionV>
                      <wp:extent cx="372110" cy="6350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6350"/>
                                <a:chOff x="0" y="0"/>
                                <a:chExt cx="372110" cy="635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37211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6350">
                                      <a:moveTo>
                                        <a:pt x="3718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71856" y="6095"/>
                                      </a:lnTo>
                                      <a:lnTo>
                                        <a:pt x="3718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3202A0" id="Group 91" o:spid="_x0000_s1026" style="position:absolute;margin-left:58.2pt;margin-top:-.35pt;width:29.3pt;height:.5pt;z-index:-251564032;mso-wrap-distance-left:0;mso-wrap-distance-right:0" coordsize="37211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">
                      <v:shape id="Graphic 92" o:spid="_x0000_s1027" style="position:absolute;width:372110;height:6350;visibility:visible;mso-wrap-style:square;v-text-anchor:top" coordsize="37211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" path="m371856,l,,,6095r371856,l37185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5520" behindDoc="1" locked="0" layoutInCell="1" allowOverlap="1" wp14:anchorId="455E96BC" wp14:editId="58C972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354925</wp:posOffset>
                      </wp:positionV>
                      <wp:extent cx="739140" cy="635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9140" cy="6350"/>
                                <a:chOff x="0" y="0"/>
                                <a:chExt cx="739140" cy="635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12"/>
                                  <a:ext cx="7391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9140" h="6350">
                                      <a:moveTo>
                                        <a:pt x="487667" y="0"/>
                                      </a:moveTo>
                                      <a:lnTo>
                                        <a:pt x="245364" y="0"/>
                                      </a:lnTo>
                                      <a:lnTo>
                                        <a:pt x="2392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39268" y="6096"/>
                                      </a:lnTo>
                                      <a:lnTo>
                                        <a:pt x="245364" y="6096"/>
                                      </a:lnTo>
                                      <a:lnTo>
                                        <a:pt x="487667" y="6096"/>
                                      </a:lnTo>
                                      <a:lnTo>
                                        <a:pt x="487667" y="0"/>
                                      </a:lnTo>
                                      <a:close/>
                                    </a:path>
                                    <a:path w="739140" h="6350">
                                      <a:moveTo>
                                        <a:pt x="739140" y="0"/>
                                      </a:moveTo>
                                      <a:lnTo>
                                        <a:pt x="493776" y="0"/>
                                      </a:lnTo>
                                      <a:lnTo>
                                        <a:pt x="487680" y="0"/>
                                      </a:lnTo>
                                      <a:lnTo>
                                        <a:pt x="487680" y="6096"/>
                                      </a:lnTo>
                                      <a:lnTo>
                                        <a:pt x="493776" y="6096"/>
                                      </a:lnTo>
                                      <a:lnTo>
                                        <a:pt x="739140" y="6096"/>
                                      </a:lnTo>
                                      <a:lnTo>
                                        <a:pt x="7391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2A9126" id="Group 93" o:spid="_x0000_s1026" style="position:absolute;margin-left:0;margin-top:27.95pt;width:58.2pt;height:.5pt;z-index:-251560960;mso-wrap-distance-left:0;mso-wrap-distance-right:0" coordsize="7391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">
                      <v:shape id="Graphic 94" o:spid="_x0000_s1027" style="position:absolute;width:7391;height:63;visibility:visible;mso-wrap-style:square;v-text-anchor:top" coordsize="73914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" path="m487667,l245364,r-6084,l,,,6096r239268,l245364,6096r242303,l487667,xem739140,l493776,r-6096,l487680,6096r6096,l739140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pacing w:val="-5"/>
                <w:sz w:val="12"/>
              </w:rPr>
              <w:t>Nº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20"/>
              </w:rPr>
            </w:pPr>
          </w:p>
          <w:p w:rsidR="00FE5B9C" w:rsidRPr="00B5445B" w:rsidRDefault="00FE5B9C" w:rsidP="00FE5B9C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</w:rPr>
            </w:pPr>
          </w:p>
          <w:p w:rsidR="00FE5B9C" w:rsidRPr="00B5445B" w:rsidRDefault="00FE5B9C" w:rsidP="00FE5B9C">
            <w:pPr>
              <w:pStyle w:val="TableParagraph"/>
              <w:spacing w:line="20" w:lineRule="exact"/>
              <w:ind w:left="540"/>
              <w:rPr>
                <w:rFonts w:asciiTheme="majorHAnsi" w:hAnsiTheme="majorHAnsi" w:cstheme="majorHAnsi"/>
                <w:sz w:val="2"/>
              </w:rPr>
            </w:pPr>
            <w:r w:rsidRPr="00B5445B">
              <w:rPr>
                <w:rFonts w:asciiTheme="majorHAnsi" w:hAnsiTheme="majorHAnsi" w:cstheme="majorHAnsi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432D236D" wp14:editId="35B4DD99">
                      <wp:extent cx="556260" cy="6350"/>
                      <wp:effectExtent l="0" t="0" r="0" b="0"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6260" cy="6350"/>
                                <a:chOff x="0" y="0"/>
                                <a:chExt cx="556260" cy="635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5562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6260" h="6350">
                                      <a:moveTo>
                                        <a:pt x="397751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08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0876" y="6096"/>
                                      </a:lnTo>
                                      <a:lnTo>
                                        <a:pt x="156972" y="6096"/>
                                      </a:lnTo>
                                      <a:lnTo>
                                        <a:pt x="397751" y="6096"/>
                                      </a:lnTo>
                                      <a:lnTo>
                                        <a:pt x="397751" y="0"/>
                                      </a:lnTo>
                                      <a:close/>
                                    </a:path>
                                    <a:path w="556260" h="6350">
                                      <a:moveTo>
                                        <a:pt x="556260" y="0"/>
                                      </a:moveTo>
                                      <a:lnTo>
                                        <a:pt x="403860" y="0"/>
                                      </a:lnTo>
                                      <a:lnTo>
                                        <a:pt x="397764" y="0"/>
                                      </a:lnTo>
                                      <a:lnTo>
                                        <a:pt x="397764" y="6096"/>
                                      </a:lnTo>
                                      <a:lnTo>
                                        <a:pt x="403860" y="6096"/>
                                      </a:lnTo>
                                      <a:lnTo>
                                        <a:pt x="556260" y="6096"/>
                                      </a:lnTo>
                                      <a:lnTo>
                                        <a:pt x="556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26401D" id="Group 95" o:spid="_x0000_s1026" style="width:43.8pt;height:.5pt;mso-position-horizontal-relative:char;mso-position-vertical-relative:line" coordsize="5562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">
                      <v:shape id="Graphic 96" o:spid="_x0000_s1027" style="position:absolute;width:5562;height:63;visibility:visible;mso-wrap-style:square;v-text-anchor:top" coordsize="55626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" path="m397751,l156972,r-6096,l,,,6096r150876,l156972,6096r240779,l397751,xem556260,l403860,r-6096,l397764,6096r6096,l556260,6096r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E5B9C" w:rsidRPr="00B5445B" w:rsidRDefault="00FE5B9C" w:rsidP="00FE5B9C">
            <w:pPr>
              <w:pStyle w:val="TableParagraph"/>
              <w:ind w:left="540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Portal</w:t>
            </w:r>
          </w:p>
        </w:tc>
        <w:tc>
          <w:tcPr>
            <w:tcW w:w="333" w:type="dxa"/>
            <w:tcBorders>
              <w:top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spacing w:before="13"/>
              <w:rPr>
                <w:rFonts w:asciiTheme="majorHAnsi" w:hAnsiTheme="majorHAnsi" w:cstheme="majorHAnsi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ind w:left="51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3472" behindDoc="1" locked="0" layoutInCell="1" allowOverlap="1" wp14:anchorId="76A5F79E" wp14:editId="58195BB6">
                      <wp:simplePos x="0" y="0"/>
                      <wp:positionH relativeFrom="column">
                        <wp:posOffset>28955</wp:posOffset>
                      </wp:positionH>
                      <wp:positionV relativeFrom="paragraph">
                        <wp:posOffset>-4725</wp:posOffset>
                      </wp:positionV>
                      <wp:extent cx="398145" cy="6350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8145" cy="6350"/>
                                <a:chOff x="0" y="0"/>
                                <a:chExt cx="398145" cy="635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3981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8145" h="6350">
                                      <a:moveTo>
                                        <a:pt x="303263" y="0"/>
                                      </a:moveTo>
                                      <a:lnTo>
                                        <a:pt x="3032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03263" y="6096"/>
                                      </a:lnTo>
                                      <a:lnTo>
                                        <a:pt x="303263" y="0"/>
                                      </a:lnTo>
                                      <a:close/>
                                    </a:path>
                                    <a:path w="398145" h="6350">
                                      <a:moveTo>
                                        <a:pt x="397751" y="0"/>
                                      </a:moveTo>
                                      <a:lnTo>
                                        <a:pt x="309384" y="0"/>
                                      </a:lnTo>
                                      <a:lnTo>
                                        <a:pt x="303276" y="0"/>
                                      </a:lnTo>
                                      <a:lnTo>
                                        <a:pt x="303276" y="6096"/>
                                      </a:lnTo>
                                      <a:lnTo>
                                        <a:pt x="309372" y="6096"/>
                                      </a:lnTo>
                                      <a:lnTo>
                                        <a:pt x="397751" y="6096"/>
                                      </a:lnTo>
                                      <a:lnTo>
                                        <a:pt x="3977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FCEB34" id="Group 97" o:spid="_x0000_s1026" style="position:absolute;margin-left:2.3pt;margin-top:-.35pt;width:31.35pt;height:.5pt;z-index:-251563008;mso-wrap-distance-left:0;mso-wrap-distance-right:0" coordsize="39814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">
                      <v:shape id="Graphic 98" o:spid="_x0000_s1027" style="position:absolute;width:398145;height:6350;visibility:visible;mso-wrap-style:square;v-text-anchor:top" coordsize="398145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" path="m303263,r,l,,,6096r303263,l303263,xem397751,l309384,r-6108,l303276,6096r6096,l397751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pacing w:val="-4"/>
                <w:sz w:val="12"/>
              </w:rPr>
              <w:t>Piso</w:t>
            </w:r>
          </w:p>
        </w:tc>
        <w:tc>
          <w:tcPr>
            <w:tcW w:w="1949" w:type="dxa"/>
            <w:tcBorders>
              <w:top w:val="single" w:sz="4" w:space="0" w:color="000000"/>
              <w:right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20"/>
              </w:rPr>
            </w:pPr>
          </w:p>
          <w:p w:rsidR="00FE5B9C" w:rsidRPr="00B5445B" w:rsidRDefault="00FE5B9C" w:rsidP="00FE5B9C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</w:rPr>
            </w:pPr>
          </w:p>
          <w:p w:rsidR="00FE5B9C" w:rsidRPr="00B5445B" w:rsidRDefault="00FE5B9C" w:rsidP="00FE5B9C">
            <w:pPr>
              <w:pStyle w:val="TableParagraph"/>
              <w:spacing w:line="20" w:lineRule="exact"/>
              <w:ind w:left="630"/>
              <w:rPr>
                <w:rFonts w:asciiTheme="majorHAnsi" w:hAnsiTheme="majorHAnsi" w:cstheme="majorHAnsi"/>
                <w:sz w:val="2"/>
              </w:rPr>
            </w:pPr>
            <w:r w:rsidRPr="00B5445B">
              <w:rPr>
                <w:rFonts w:asciiTheme="majorHAnsi" w:hAnsiTheme="majorHAnsi" w:cstheme="majorHAnsi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5FE043EF" wp14:editId="399B1A77">
                      <wp:extent cx="658495" cy="6350"/>
                      <wp:effectExtent l="0" t="0" r="0" b="0"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8495" cy="6350"/>
                                <a:chOff x="0" y="0"/>
                                <a:chExt cx="658495" cy="635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6584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8495" h="6350">
                                      <a:moveTo>
                                        <a:pt x="1066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06667" y="6096"/>
                                      </a:lnTo>
                                      <a:lnTo>
                                        <a:pt x="106667" y="0"/>
                                      </a:lnTo>
                                      <a:close/>
                                    </a:path>
                                    <a:path w="658495" h="6350">
                                      <a:moveTo>
                                        <a:pt x="658380" y="0"/>
                                      </a:moveTo>
                                      <a:lnTo>
                                        <a:pt x="112776" y="0"/>
                                      </a:lnTo>
                                      <a:lnTo>
                                        <a:pt x="106680" y="0"/>
                                      </a:lnTo>
                                      <a:lnTo>
                                        <a:pt x="106680" y="6096"/>
                                      </a:lnTo>
                                      <a:lnTo>
                                        <a:pt x="112776" y="6096"/>
                                      </a:lnTo>
                                      <a:lnTo>
                                        <a:pt x="658380" y="6096"/>
                                      </a:lnTo>
                                      <a:lnTo>
                                        <a:pt x="6583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A3672B" id="Group 99" o:spid="_x0000_s1026" style="width:51.85pt;height:.5pt;mso-position-horizontal-relative:char;mso-position-vertical-relative:line" coordsize="6584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">
                      <v:shape id="Graphic 100" o:spid="_x0000_s1027" style="position:absolute;width:6584;height:63;visibility:visible;mso-wrap-style:square;v-text-anchor:top" coordsize="658495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" path="m106667,l,,,6096r106667,l106667,xem658380,l112776,r-6096,l106680,6096r6096,l658380,6096r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E5B9C" w:rsidRPr="00B5445B" w:rsidRDefault="00FE5B9C" w:rsidP="00FE5B9C">
            <w:pPr>
              <w:pStyle w:val="TableParagraph"/>
              <w:ind w:left="630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6544" behindDoc="1" locked="0" layoutInCell="1" allowOverlap="1" wp14:anchorId="0E531DA0" wp14:editId="25A4472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354925</wp:posOffset>
                      </wp:positionV>
                      <wp:extent cx="1054735" cy="6350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4735" cy="6350"/>
                                <a:chOff x="0" y="0"/>
                                <a:chExt cx="1054735" cy="635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12"/>
                                  <a:ext cx="10547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4735" h="6350">
                                      <a:moveTo>
                                        <a:pt x="1054608" y="0"/>
                                      </a:moveTo>
                                      <a:lnTo>
                                        <a:pt x="10546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054608" y="6096"/>
                                      </a:lnTo>
                                      <a:lnTo>
                                        <a:pt x="1054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7CE59" id="Group 101" o:spid="_x0000_s1026" style="position:absolute;margin-left:0;margin-top:27.95pt;width:83.05pt;height:.5pt;z-index:-251559936;mso-wrap-distance-left:0;mso-wrap-distance-right:0" coordsize="10547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">
                      <v:shape id="Graphic 102" o:spid="_x0000_s1027" style="position:absolute;width:10547;height:63;visibility:visible;mso-wrap-style:square;v-text-anchor:top" coordsize="1054735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" path="m1054608,r,l,,,6096r1054608,l105460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Puerta</w:t>
            </w:r>
          </w:p>
        </w:tc>
      </w:tr>
      <w:tr w:rsidR="00FE5B9C" w:rsidTr="00FE5B9C">
        <w:trPr>
          <w:gridAfter w:val="1"/>
          <w:wAfter w:w="23" w:type="dxa"/>
          <w:trHeight w:val="179"/>
        </w:trPr>
        <w:tc>
          <w:tcPr>
            <w:tcW w:w="2985" w:type="dxa"/>
            <w:gridSpan w:val="4"/>
            <w:tcBorders>
              <w:left w:val="single" w:sz="4" w:space="0" w:color="000000"/>
              <w:bottom w:val="single" w:sz="4" w:space="0" w:color="auto"/>
            </w:tcBorders>
          </w:tcPr>
          <w:p w:rsidR="00FE5B9C" w:rsidRPr="00B5445B" w:rsidRDefault="00FE5B9C" w:rsidP="00FE5B9C">
            <w:pPr>
              <w:pStyle w:val="TableParagraph"/>
              <w:ind w:left="299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Municipio</w:t>
            </w:r>
          </w:p>
        </w:tc>
        <w:tc>
          <w:tcPr>
            <w:tcW w:w="336" w:type="dxa"/>
            <w:tcBorders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173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ind w:left="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Provincia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1676" w:type="dxa"/>
            <w:tcBorders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ind w:left="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Cod.</w:t>
            </w:r>
            <w:r w:rsidRPr="00B5445B">
              <w:rPr>
                <w:rFonts w:asciiTheme="majorHAnsi" w:hAnsiTheme="majorHAnsi" w:cstheme="majorHAnsi"/>
                <w:spacing w:val="-3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Postal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ind w:left="5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Teléfono</w:t>
            </w:r>
          </w:p>
        </w:tc>
        <w:tc>
          <w:tcPr>
            <w:tcW w:w="2282" w:type="dxa"/>
            <w:gridSpan w:val="2"/>
            <w:tcBorders>
              <w:bottom w:val="single" w:sz="4" w:space="0" w:color="auto"/>
              <w:right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ind w:left="339"/>
              <w:rPr>
                <w:rFonts w:asciiTheme="majorHAnsi" w:hAnsiTheme="majorHAnsi" w:cstheme="majorHAnsi"/>
                <w:sz w:val="12"/>
              </w:rPr>
            </w:pPr>
            <w:r w:rsidRPr="00B5445B">
              <w:rPr>
                <w:rFonts w:asciiTheme="majorHAnsi" w:hAnsiTheme="majorHAnsi" w:cstheme="majorHAnsi"/>
                <w:sz w:val="12"/>
              </w:rPr>
              <w:t>Teléfono</w:t>
            </w:r>
            <w:r w:rsidRPr="00B5445B">
              <w:rPr>
                <w:rFonts w:asciiTheme="majorHAnsi" w:hAnsiTheme="majorHAnsi" w:cstheme="majorHAnsi"/>
                <w:spacing w:val="-3"/>
                <w:sz w:val="12"/>
              </w:rPr>
              <w:t xml:space="preserve"> </w:t>
            </w:r>
            <w:r w:rsidRPr="00B5445B">
              <w:rPr>
                <w:rFonts w:asciiTheme="majorHAnsi" w:hAnsiTheme="majorHAnsi" w:cstheme="majorHAnsi"/>
                <w:spacing w:val="-2"/>
                <w:sz w:val="12"/>
              </w:rPr>
              <w:t>Urgente</w:t>
            </w:r>
          </w:p>
        </w:tc>
      </w:tr>
      <w:tr w:rsidR="00FE5B9C" w:rsidTr="00FE5B9C">
        <w:trPr>
          <w:gridAfter w:val="1"/>
          <w:wAfter w:w="23" w:type="dxa"/>
          <w:trHeight w:val="179"/>
        </w:trPr>
        <w:tc>
          <w:tcPr>
            <w:tcW w:w="2985" w:type="dxa"/>
            <w:gridSpan w:val="4"/>
            <w:tcBorders>
              <w:top w:val="single" w:sz="4" w:space="0" w:color="auto"/>
            </w:tcBorders>
          </w:tcPr>
          <w:p w:rsidR="00FE5B9C" w:rsidRPr="00B5445B" w:rsidRDefault="00FE5B9C" w:rsidP="00FE5B9C">
            <w:pPr>
              <w:pStyle w:val="TableParagraph"/>
              <w:ind w:left="299"/>
              <w:rPr>
                <w:rFonts w:asciiTheme="majorHAnsi" w:hAnsiTheme="majorHAnsi" w:cstheme="majorHAnsi"/>
                <w:spacing w:val="-2"/>
                <w:sz w:val="12"/>
              </w:rPr>
            </w:pPr>
          </w:p>
          <w:p w:rsidR="00FE5B9C" w:rsidRPr="00B5445B" w:rsidRDefault="00FE5B9C" w:rsidP="00FE5B9C">
            <w:pPr>
              <w:pStyle w:val="TableParagraph"/>
              <w:ind w:left="299"/>
              <w:rPr>
                <w:rFonts w:asciiTheme="majorHAnsi" w:hAnsiTheme="majorHAnsi" w:cstheme="majorHAnsi"/>
                <w:spacing w:val="-2"/>
                <w:sz w:val="12"/>
              </w:rPr>
            </w:pPr>
          </w:p>
        </w:tc>
        <w:tc>
          <w:tcPr>
            <w:tcW w:w="336" w:type="dxa"/>
            <w:tcBorders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173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ind w:left="5"/>
              <w:rPr>
                <w:rFonts w:asciiTheme="majorHAnsi" w:hAnsiTheme="majorHAnsi" w:cstheme="majorHAnsi"/>
                <w:spacing w:val="-2"/>
                <w:sz w:val="12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1676" w:type="dxa"/>
            <w:tcBorders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ind w:left="5"/>
              <w:rPr>
                <w:rFonts w:asciiTheme="majorHAnsi" w:hAnsiTheme="majorHAnsi" w:cstheme="majorHAnsi"/>
                <w:sz w:val="1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</w:tcPr>
          <w:p w:rsidR="00FE5B9C" w:rsidRPr="00B5445B" w:rsidRDefault="00FE5B9C" w:rsidP="00FE5B9C">
            <w:pPr>
              <w:pStyle w:val="TableParagraph"/>
              <w:ind w:left="5"/>
              <w:rPr>
                <w:rFonts w:asciiTheme="majorHAnsi" w:hAnsiTheme="majorHAnsi" w:cstheme="majorHAnsi"/>
                <w:spacing w:val="-2"/>
                <w:sz w:val="1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</w:tcBorders>
          </w:tcPr>
          <w:p w:rsidR="00FE5B9C" w:rsidRPr="00B5445B" w:rsidRDefault="00FE5B9C" w:rsidP="00FE5B9C">
            <w:pPr>
              <w:pStyle w:val="TableParagraph"/>
              <w:ind w:left="339"/>
              <w:rPr>
                <w:rFonts w:asciiTheme="majorHAnsi" w:hAnsiTheme="majorHAnsi" w:cstheme="majorHAnsi"/>
                <w:sz w:val="12"/>
              </w:rPr>
            </w:pPr>
          </w:p>
        </w:tc>
      </w:tr>
      <w:tr w:rsidR="00FE5B9C" w:rsidRPr="00343182" w:rsidTr="00FE5B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3" w:type="dxa"/>
          <w:trHeight w:val="230"/>
        </w:trPr>
        <w:tc>
          <w:tcPr>
            <w:tcW w:w="10975" w:type="dxa"/>
            <w:gridSpan w:val="13"/>
            <w:shd w:val="clear" w:color="auto" w:fill="C6D9F1" w:themeFill="text2" w:themeFillTint="33"/>
          </w:tcPr>
          <w:p w:rsidR="00FE5B9C" w:rsidRDefault="00FE5B9C" w:rsidP="00FE5B9C">
            <w:pPr>
              <w:pStyle w:val="TableParagraph"/>
              <w:spacing w:line="210" w:lineRule="exac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AUTORIZACIÓN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SALIDA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CENTRO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ACTIVIDADES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COMPLEMENTARIAS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EXTRAESCOLARES</w:t>
            </w:r>
          </w:p>
        </w:tc>
      </w:tr>
      <w:tr w:rsidR="00FE5B9C" w:rsidRPr="00343182" w:rsidTr="00FE5B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3" w:type="dxa"/>
          <w:trHeight w:val="546"/>
        </w:trPr>
        <w:tc>
          <w:tcPr>
            <w:tcW w:w="1097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Pr="00DA411B" w:rsidRDefault="00FE5B9C" w:rsidP="00FE5B9C">
            <w:pPr>
              <w:pStyle w:val="TableParagraph"/>
              <w:spacing w:before="68" w:line="182" w:lineRule="exact"/>
              <w:ind w:left="96"/>
              <w:jc w:val="both"/>
              <w:rPr>
                <w:rFonts w:asciiTheme="majorHAnsi" w:hAnsiTheme="majorHAnsi" w:cstheme="majorHAnsi"/>
                <w:sz w:val="20"/>
              </w:rPr>
            </w:pPr>
            <w:r w:rsidRPr="00DA411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60640" behindDoc="1" locked="0" layoutInCell="1" allowOverlap="1" wp14:anchorId="2A4AC70A" wp14:editId="11C287A1">
                      <wp:simplePos x="0" y="0"/>
                      <wp:positionH relativeFrom="column">
                        <wp:posOffset>5704205</wp:posOffset>
                      </wp:positionH>
                      <wp:positionV relativeFrom="paragraph">
                        <wp:posOffset>116205</wp:posOffset>
                      </wp:positionV>
                      <wp:extent cx="228600" cy="228600"/>
                      <wp:effectExtent l="0" t="0" r="0" b="0"/>
                      <wp:wrapNone/>
                      <wp:docPr id="34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10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63C176" id="Group 105" o:spid="_x0000_s1026" style="position:absolute;margin-left:449.15pt;margin-top:9.15pt;width:18pt;height:18pt;z-index:-251555840;mso-wrap-distance-left:0;mso-wrap-distance-right:0;mso-width-relative:margin;mso-height-relative:margin" coordsize="228600,2286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">
                      <v:shape id="Image 106" o:spid="_x0000_s1027" type="#_x0000_t75" style="position:absolute;width:228600;height:2286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&#13;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DA411B">
              <w:rPr>
                <w:rFonts w:asciiTheme="majorHAnsi" w:hAnsiTheme="majorHAnsi" w:cstheme="majorHAnsi"/>
                <w:sz w:val="20"/>
              </w:rPr>
              <w:t>Autorizo</w:t>
            </w:r>
            <w:r w:rsidRPr="00DA411B">
              <w:rPr>
                <w:rFonts w:asciiTheme="majorHAnsi" w:hAnsiTheme="majorHAnsi" w:cstheme="majorHAnsi"/>
                <w:spacing w:val="-12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a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mi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hijo/a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proofErr w:type="spellStart"/>
            <w:r w:rsidRPr="00DA411B">
              <w:rPr>
                <w:rFonts w:asciiTheme="majorHAnsi" w:hAnsiTheme="majorHAnsi" w:cstheme="majorHAnsi"/>
                <w:sz w:val="20"/>
              </w:rPr>
              <w:t>a</w:t>
            </w:r>
            <w:proofErr w:type="spellEnd"/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salir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del</w:t>
            </w:r>
            <w:r w:rsidRPr="00DA411B">
              <w:rPr>
                <w:rFonts w:asciiTheme="majorHAnsi" w:hAnsiTheme="majorHAnsi" w:cstheme="majorHAnsi"/>
                <w:spacing w:val="-12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centro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acompañado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del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profesorado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cuando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pacing w:val="-5"/>
                <w:sz w:val="20"/>
              </w:rPr>
              <w:t>se</w:t>
            </w:r>
          </w:p>
          <w:p w:rsidR="00FE5B9C" w:rsidRPr="00DA411B" w:rsidRDefault="00FE5B9C" w:rsidP="00FE5B9C">
            <w:pPr>
              <w:pStyle w:val="TableParagraph"/>
              <w:tabs>
                <w:tab w:val="left" w:pos="8052"/>
                <w:tab w:val="left" w:pos="9511"/>
              </w:tabs>
              <w:spacing w:line="287" w:lineRule="exact"/>
              <w:jc w:val="both"/>
              <w:rPr>
                <w:rFonts w:asciiTheme="majorHAnsi" w:hAnsiTheme="majorHAnsi" w:cstheme="majorHAnsi"/>
                <w:sz w:val="28"/>
              </w:rPr>
            </w:pPr>
            <w:r w:rsidRPr="00DA411B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251759616" behindDoc="1" locked="0" layoutInCell="1" allowOverlap="1" wp14:anchorId="6ED9D96B" wp14:editId="3676C4F9">
                      <wp:simplePos x="0" y="0"/>
                      <wp:positionH relativeFrom="column">
                        <wp:posOffset>4835950</wp:posOffset>
                      </wp:positionH>
                      <wp:positionV relativeFrom="paragraph">
                        <wp:posOffset>-39934</wp:posOffset>
                      </wp:positionV>
                      <wp:extent cx="228600" cy="22860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Image 104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A0D61" id="Group 103" o:spid="_x0000_s1026" style="position:absolute;margin-left:380.8pt;margin-top:-3.15pt;width:18pt;height:18pt;z-index:-251556864;mso-wrap-distance-left:0;mso-wrap-distance-right:0" coordsize="228600,2286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">
                      <v:shape id="Image 104" o:spid="_x0000_s1027" type="#_x0000_t75" style="position:absolute;width:228600;height:2286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&#13;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DA411B">
              <w:rPr>
                <w:rFonts w:asciiTheme="majorHAnsi" w:hAnsiTheme="majorHAnsi" w:cstheme="majorHAnsi"/>
                <w:sz w:val="20"/>
              </w:rPr>
              <w:t>realicen,</w:t>
            </w:r>
            <w:r w:rsidRPr="00DA411B">
              <w:rPr>
                <w:rFonts w:asciiTheme="majorHAnsi" w:hAnsiTheme="majorHAnsi" w:cstheme="majorHAnsi"/>
                <w:spacing w:val="-12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dentro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de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la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localidad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de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Ciudad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Real,</w:t>
            </w:r>
            <w:r w:rsidRPr="00DA411B">
              <w:rPr>
                <w:rFonts w:asciiTheme="majorHAnsi" w:hAnsiTheme="majorHAnsi" w:cstheme="majorHAnsi"/>
                <w:spacing w:val="-11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actividades</w:t>
            </w:r>
            <w:r w:rsidRPr="00DA411B">
              <w:rPr>
                <w:rFonts w:asciiTheme="majorHAnsi" w:hAnsiTheme="majorHAnsi" w:cstheme="majorHAnsi"/>
                <w:spacing w:val="33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pacing w:val="-2"/>
                <w:sz w:val="20"/>
              </w:rPr>
              <w:t>complementarias</w:t>
            </w:r>
            <w:r w:rsidRPr="00DA411B">
              <w:rPr>
                <w:rFonts w:asciiTheme="majorHAnsi" w:hAnsiTheme="majorHAnsi" w:cstheme="majorHAnsi"/>
                <w:sz w:val="20"/>
              </w:rPr>
              <w:tab/>
            </w:r>
            <w:r w:rsidRPr="00DA411B">
              <w:rPr>
                <w:rFonts w:asciiTheme="majorHAnsi" w:hAnsiTheme="majorHAnsi" w:cstheme="majorHAnsi"/>
                <w:spacing w:val="-5"/>
                <w:position w:val="3"/>
                <w:sz w:val="28"/>
              </w:rPr>
              <w:t>SI</w:t>
            </w:r>
            <w:r w:rsidRPr="00DA411B">
              <w:rPr>
                <w:rFonts w:asciiTheme="majorHAnsi" w:hAnsiTheme="majorHAnsi" w:cstheme="majorHAnsi"/>
                <w:position w:val="3"/>
                <w:sz w:val="28"/>
              </w:rPr>
              <w:tab/>
            </w:r>
            <w:r w:rsidRPr="00DA411B">
              <w:rPr>
                <w:rFonts w:asciiTheme="majorHAnsi" w:hAnsiTheme="majorHAnsi" w:cstheme="majorHAnsi"/>
                <w:spacing w:val="-5"/>
                <w:position w:val="3"/>
                <w:sz w:val="28"/>
              </w:rPr>
              <w:t>NO</w:t>
            </w:r>
          </w:p>
          <w:p w:rsidR="00FE5B9C" w:rsidRDefault="00FE5B9C" w:rsidP="00FE5B9C">
            <w:pPr>
              <w:pStyle w:val="TableParagraph"/>
              <w:spacing w:before="9"/>
              <w:ind w:left="96"/>
              <w:jc w:val="both"/>
              <w:rPr>
                <w:sz w:val="20"/>
              </w:rPr>
            </w:pPr>
            <w:r w:rsidRPr="00DA411B">
              <w:rPr>
                <w:rFonts w:asciiTheme="majorHAnsi" w:hAnsiTheme="majorHAnsi" w:cstheme="majorHAnsi"/>
                <w:sz w:val="20"/>
              </w:rPr>
              <w:t>y/o</w:t>
            </w:r>
            <w:r w:rsidRPr="00DA411B">
              <w:rPr>
                <w:rFonts w:asciiTheme="majorHAnsi" w:hAnsiTheme="majorHAnsi" w:cstheme="majorHAnsi"/>
                <w:spacing w:val="-14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extraescolares</w:t>
            </w:r>
            <w:r w:rsidRPr="00DA411B">
              <w:rPr>
                <w:rFonts w:asciiTheme="majorHAnsi" w:hAnsiTheme="majorHAnsi" w:cstheme="majorHAnsi"/>
                <w:spacing w:val="-14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organizadas</w:t>
            </w:r>
            <w:r w:rsidRPr="00DA411B">
              <w:rPr>
                <w:rFonts w:asciiTheme="majorHAnsi" w:hAnsiTheme="majorHAnsi" w:cstheme="majorHAnsi"/>
                <w:spacing w:val="-13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por</w:t>
            </w:r>
            <w:r w:rsidRPr="00DA411B">
              <w:rPr>
                <w:rFonts w:asciiTheme="majorHAnsi" w:hAnsiTheme="majorHAnsi" w:cstheme="majorHAnsi"/>
                <w:spacing w:val="-14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el</w:t>
            </w:r>
            <w:r w:rsidRPr="00DA411B">
              <w:rPr>
                <w:rFonts w:asciiTheme="majorHAnsi" w:hAnsiTheme="majorHAnsi" w:cstheme="majorHAnsi"/>
                <w:spacing w:val="-13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z w:val="20"/>
              </w:rPr>
              <w:t>centro</w:t>
            </w:r>
            <w:r w:rsidRPr="00DA411B">
              <w:rPr>
                <w:rFonts w:asciiTheme="majorHAnsi" w:hAnsiTheme="majorHAnsi" w:cstheme="majorHAnsi"/>
                <w:spacing w:val="-14"/>
                <w:sz w:val="20"/>
              </w:rPr>
              <w:t xml:space="preserve"> </w:t>
            </w:r>
            <w:r w:rsidRPr="00DA411B">
              <w:rPr>
                <w:rFonts w:asciiTheme="majorHAnsi" w:hAnsiTheme="majorHAnsi" w:cstheme="majorHAnsi"/>
                <w:spacing w:val="-2"/>
                <w:sz w:val="20"/>
              </w:rPr>
              <w:t>educativo</w:t>
            </w:r>
            <w:r>
              <w:rPr>
                <w:rFonts w:asciiTheme="majorHAnsi" w:hAnsiTheme="majorHAnsi" w:cstheme="majorHAnsi"/>
                <w:spacing w:val="-2"/>
                <w:sz w:val="20"/>
              </w:rPr>
              <w:t>.</w:t>
            </w:r>
          </w:p>
        </w:tc>
      </w:tr>
      <w:tr w:rsidR="00FE5B9C" w:rsidRPr="00343182" w:rsidTr="00FE5B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3" w:type="dxa"/>
          <w:trHeight w:val="241"/>
        </w:trPr>
        <w:tc>
          <w:tcPr>
            <w:tcW w:w="10975" w:type="dxa"/>
            <w:gridSpan w:val="1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9C" w:rsidRPr="00B5445B" w:rsidRDefault="00FE5B9C" w:rsidP="00FE5B9C">
            <w:pPr>
              <w:rPr>
                <w:sz w:val="2"/>
                <w:szCs w:val="2"/>
                <w:lang w:val="es-ES"/>
              </w:rPr>
            </w:pPr>
          </w:p>
        </w:tc>
      </w:tr>
    </w:tbl>
    <w:p w:rsidR="00DA411B" w:rsidRDefault="00DA411B" w:rsidP="00DA411B">
      <w:pPr>
        <w:rPr>
          <w:lang w:val="es-ES"/>
        </w:rPr>
      </w:pPr>
    </w:p>
    <w:tbl>
      <w:tblPr>
        <w:tblStyle w:val="Tablaconcuadrcula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582726" w:rsidRPr="00343182" w:rsidTr="00582726">
        <w:tc>
          <w:tcPr>
            <w:tcW w:w="10910" w:type="dxa"/>
            <w:shd w:val="clear" w:color="auto" w:fill="C6D9F1" w:themeFill="text2" w:themeFillTint="33"/>
          </w:tcPr>
          <w:p w:rsidR="00582726" w:rsidRPr="00582726" w:rsidRDefault="000F7968" w:rsidP="00DA411B">
            <w:pPr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AUTORIZACIÓN DE</w:t>
            </w:r>
            <w:r w:rsidR="00582726" w:rsidRPr="00582726">
              <w:rPr>
                <w:rFonts w:ascii="Arial" w:hAnsi="Arial" w:cs="Arial"/>
                <w:b/>
                <w:spacing w:val="-6"/>
                <w:sz w:val="20"/>
                <w:szCs w:val="20"/>
                <w:lang w:val="es-ES"/>
              </w:rPr>
              <w:t xml:space="preserve"> </w:t>
            </w:r>
            <w:r w:rsidR="00582726" w:rsidRPr="00582726">
              <w:rPr>
                <w:rFonts w:ascii="Arial" w:hAnsi="Arial" w:cs="Arial"/>
                <w:b/>
                <w:sz w:val="20"/>
                <w:szCs w:val="20"/>
                <w:lang w:val="es-ES"/>
              </w:rPr>
              <w:t>CONSENTIMIENTO</w:t>
            </w:r>
            <w:r w:rsidR="00582726" w:rsidRPr="00582726">
              <w:rPr>
                <w:rFonts w:ascii="Arial" w:hAnsi="Arial" w:cs="Arial"/>
                <w:b/>
                <w:spacing w:val="-5"/>
                <w:sz w:val="20"/>
                <w:szCs w:val="20"/>
                <w:lang w:val="es-ES"/>
              </w:rPr>
              <w:t xml:space="preserve"> </w:t>
            </w:r>
            <w:r w:rsidR="00582726" w:rsidRPr="00582726">
              <w:rPr>
                <w:rFonts w:ascii="Arial" w:hAnsi="Arial" w:cs="Arial"/>
                <w:b/>
                <w:sz w:val="20"/>
                <w:szCs w:val="20"/>
                <w:lang w:val="es-ES"/>
              </w:rPr>
              <w:t>PARA</w:t>
            </w:r>
            <w:r w:rsidR="00582726" w:rsidRPr="00582726">
              <w:rPr>
                <w:rFonts w:ascii="Arial" w:hAnsi="Arial" w:cs="Arial"/>
                <w:b/>
                <w:spacing w:val="-4"/>
                <w:sz w:val="20"/>
                <w:szCs w:val="20"/>
                <w:lang w:val="es-ES"/>
              </w:rPr>
              <w:t xml:space="preserve"> </w:t>
            </w:r>
            <w:r w:rsidR="00582726" w:rsidRPr="00582726">
              <w:rPr>
                <w:rFonts w:ascii="Arial" w:hAnsi="Arial" w:cs="Arial"/>
                <w:b/>
                <w:sz w:val="20"/>
                <w:szCs w:val="20"/>
                <w:lang w:val="es-ES"/>
              </w:rPr>
              <w:t>LA</w:t>
            </w:r>
            <w:r w:rsidR="00582726" w:rsidRPr="00582726">
              <w:rPr>
                <w:rFonts w:ascii="Arial" w:hAnsi="Arial" w:cs="Arial"/>
                <w:b/>
                <w:spacing w:val="-7"/>
                <w:sz w:val="20"/>
                <w:szCs w:val="20"/>
                <w:lang w:val="es-ES"/>
              </w:rPr>
              <w:t xml:space="preserve"> </w:t>
            </w:r>
            <w:r w:rsidR="00582726" w:rsidRPr="00582726">
              <w:rPr>
                <w:rFonts w:ascii="Arial" w:hAnsi="Arial" w:cs="Arial"/>
                <w:b/>
                <w:sz w:val="20"/>
                <w:szCs w:val="20"/>
                <w:lang w:val="es-ES"/>
              </w:rPr>
              <w:t>GRABACIÓN,</w:t>
            </w:r>
            <w:r w:rsidR="00582726" w:rsidRPr="00582726">
              <w:rPr>
                <w:rFonts w:ascii="Arial" w:hAnsi="Arial" w:cs="Arial"/>
                <w:b/>
                <w:spacing w:val="-5"/>
                <w:sz w:val="20"/>
                <w:szCs w:val="20"/>
                <w:lang w:val="es-ES"/>
              </w:rPr>
              <w:t xml:space="preserve"> </w:t>
            </w:r>
            <w:r w:rsidR="00582726" w:rsidRPr="00582726">
              <w:rPr>
                <w:rFonts w:ascii="Arial" w:hAnsi="Arial" w:cs="Arial"/>
                <w:b/>
                <w:sz w:val="20"/>
                <w:szCs w:val="20"/>
                <w:lang w:val="es-ES"/>
              </w:rPr>
              <w:t>EL</w:t>
            </w:r>
            <w:r w:rsidR="00582726" w:rsidRPr="00582726">
              <w:rPr>
                <w:rFonts w:ascii="Arial" w:hAnsi="Arial" w:cs="Arial"/>
                <w:b/>
                <w:spacing w:val="-6"/>
                <w:sz w:val="20"/>
                <w:szCs w:val="20"/>
                <w:lang w:val="es-ES"/>
              </w:rPr>
              <w:t xml:space="preserve"> </w:t>
            </w:r>
            <w:r w:rsidR="00582726" w:rsidRPr="00582726">
              <w:rPr>
                <w:rFonts w:ascii="Arial" w:hAnsi="Arial" w:cs="Arial"/>
                <w:b/>
                <w:sz w:val="20"/>
                <w:szCs w:val="20"/>
                <w:lang w:val="es-ES"/>
              </w:rPr>
              <w:t>USO</w:t>
            </w:r>
            <w:r w:rsidR="00582726" w:rsidRPr="00582726">
              <w:rPr>
                <w:rFonts w:ascii="Arial" w:hAnsi="Arial" w:cs="Arial"/>
                <w:b/>
                <w:spacing w:val="-7"/>
                <w:sz w:val="20"/>
                <w:szCs w:val="20"/>
                <w:lang w:val="es-ES"/>
              </w:rPr>
              <w:t xml:space="preserve"> </w:t>
            </w:r>
            <w:r w:rsidR="00582726" w:rsidRPr="00582726">
              <w:rPr>
                <w:rFonts w:ascii="Arial" w:hAnsi="Arial" w:cs="Arial"/>
                <w:b/>
                <w:sz w:val="20"/>
                <w:szCs w:val="20"/>
                <w:lang w:val="es-ES"/>
              </w:rPr>
              <w:t>Y LA DIFUSIÓN DE IMÁGENES DEL ALUMNADO</w:t>
            </w:r>
          </w:p>
        </w:tc>
      </w:tr>
      <w:tr w:rsidR="00582726" w:rsidTr="00582726">
        <w:tc>
          <w:tcPr>
            <w:tcW w:w="10910" w:type="dxa"/>
          </w:tcPr>
          <w:p w:rsidR="00582726" w:rsidRPr="00DA411B" w:rsidRDefault="00582726" w:rsidP="00582726">
            <w:pPr>
              <w:pStyle w:val="Ttulo2"/>
              <w:ind w:right="-115"/>
              <w:outlineLvl w:val="1"/>
              <w:rPr>
                <w:b w:val="0"/>
                <w:color w:val="000000" w:themeColor="text1"/>
                <w:spacing w:val="-2"/>
                <w:sz w:val="22"/>
                <w:szCs w:val="22"/>
                <w:lang w:val="es-ES"/>
              </w:rPr>
            </w:pP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Los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tutores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autorizan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a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que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pueda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ser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utilizada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la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imagen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del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alumno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en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cuestiones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del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Centro</w:t>
            </w:r>
            <w:r w:rsidRPr="00B5445B">
              <w:rPr>
                <w:b w:val="0"/>
                <w:color w:val="000000" w:themeColor="text1"/>
                <w:spacing w:val="80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(Actividades Extraescolares…)</w:t>
            </w:r>
            <w:r w:rsidRPr="00B5445B">
              <w:rPr>
                <w:b w:val="0"/>
                <w:color w:val="000000" w:themeColor="text1"/>
                <w:spacing w:val="-6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y</w:t>
            </w:r>
            <w:r w:rsidRPr="00B5445B">
              <w:rPr>
                <w:b w:val="0"/>
                <w:color w:val="000000" w:themeColor="text1"/>
                <w:spacing w:val="-7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en</w:t>
            </w:r>
            <w:r w:rsidRPr="00B5445B">
              <w:rPr>
                <w:b w:val="0"/>
                <w:color w:val="000000" w:themeColor="text1"/>
                <w:spacing w:val="-4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la</w:t>
            </w:r>
            <w:r w:rsidRPr="00B5445B">
              <w:rPr>
                <w:b w:val="0"/>
                <w:color w:val="000000" w:themeColor="text1"/>
                <w:spacing w:val="-5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página</w:t>
            </w:r>
            <w:r w:rsidRPr="00B5445B">
              <w:rPr>
                <w:b w:val="0"/>
                <w:color w:val="000000" w:themeColor="text1"/>
                <w:spacing w:val="-5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web</w:t>
            </w:r>
            <w:r w:rsidRPr="00B5445B">
              <w:rPr>
                <w:b w:val="0"/>
                <w:color w:val="000000" w:themeColor="text1"/>
                <w:spacing w:val="-5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y</w:t>
            </w:r>
            <w:r w:rsidRPr="00B5445B">
              <w:rPr>
                <w:b w:val="0"/>
                <w:color w:val="000000" w:themeColor="text1"/>
                <w:spacing w:val="-6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redes</w:t>
            </w:r>
            <w:r w:rsidRPr="00B5445B">
              <w:rPr>
                <w:b w:val="0"/>
                <w:color w:val="000000" w:themeColor="text1"/>
                <w:spacing w:val="-4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sociales</w:t>
            </w:r>
            <w:r w:rsidRPr="00B5445B">
              <w:rPr>
                <w:b w:val="0"/>
                <w:color w:val="000000" w:themeColor="text1"/>
                <w:spacing w:val="-4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(Facebook,</w:t>
            </w:r>
            <w:r w:rsidRPr="00B5445B">
              <w:rPr>
                <w:b w:val="0"/>
                <w:color w:val="000000" w:themeColor="text1"/>
                <w:spacing w:val="-4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Twitter</w:t>
            </w:r>
            <w:r w:rsidRPr="00B5445B">
              <w:rPr>
                <w:b w:val="0"/>
                <w:color w:val="000000" w:themeColor="text1"/>
                <w:spacing w:val="-6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y</w:t>
            </w:r>
            <w:r w:rsidRPr="00B5445B">
              <w:rPr>
                <w:b w:val="0"/>
                <w:color w:val="000000" w:themeColor="text1"/>
                <w:spacing w:val="-7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Youtube</w:t>
            </w:r>
            <w:proofErr w:type="spellEnd"/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)</w:t>
            </w:r>
            <w:r w:rsidRPr="00B5445B">
              <w:rPr>
                <w:b w:val="0"/>
                <w:color w:val="000000" w:themeColor="text1"/>
                <w:spacing w:val="-3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que</w:t>
            </w:r>
            <w:r w:rsidRPr="00B5445B">
              <w:rPr>
                <w:b w:val="0"/>
                <w:color w:val="000000" w:themeColor="text1"/>
                <w:spacing w:val="-5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gestiona</w:t>
            </w:r>
            <w:r w:rsidRPr="00B5445B">
              <w:rPr>
                <w:b w:val="0"/>
                <w:color w:val="000000" w:themeColor="text1"/>
                <w:spacing w:val="-5"/>
                <w:sz w:val="22"/>
                <w:szCs w:val="22"/>
                <w:lang w:val="es-ES"/>
              </w:rPr>
              <w:t xml:space="preserve"> </w:t>
            </w:r>
            <w:r w:rsidRPr="00B5445B">
              <w:rPr>
                <w:b w:val="0"/>
                <w:color w:val="000000" w:themeColor="text1"/>
                <w:sz w:val="22"/>
                <w:szCs w:val="22"/>
                <w:lang w:val="es-ES"/>
              </w:rPr>
              <w:t>el</w:t>
            </w:r>
            <w:r w:rsidRPr="00B5445B">
              <w:rPr>
                <w:b w:val="0"/>
                <w:color w:val="000000" w:themeColor="text1"/>
                <w:spacing w:val="-4"/>
                <w:sz w:val="22"/>
                <w:szCs w:val="22"/>
                <w:lang w:val="es-ES"/>
              </w:rPr>
              <w:t xml:space="preserve"> </w:t>
            </w:r>
            <w:r>
              <w:rPr>
                <w:b w:val="0"/>
                <w:color w:val="000000" w:themeColor="text1"/>
                <w:spacing w:val="-2"/>
                <w:sz w:val="22"/>
                <w:szCs w:val="22"/>
                <w:lang w:val="es-ES"/>
              </w:rPr>
              <w:t xml:space="preserve">Instituto.                                                 </w:t>
            </w:r>
          </w:p>
          <w:p w:rsidR="00582726" w:rsidRDefault="00582726" w:rsidP="00582726">
            <w:pPr>
              <w:pStyle w:val="Ttulo2"/>
              <w:ind w:right="-115"/>
              <w:outlineLvl w:val="1"/>
              <w:rPr>
                <w:lang w:val="es-ES"/>
              </w:rPr>
            </w:pPr>
            <w:r w:rsidRPr="00B5445B">
              <w:rPr>
                <w:rFonts w:cstheme="majorHAnsi"/>
                <w:noProof/>
              </w:rPr>
              <mc:AlternateContent>
                <mc:Choice Requires="wpg">
                  <w:drawing>
                    <wp:anchor distT="0" distB="0" distL="0" distR="0" simplePos="0" relativeHeight="251748352" behindDoc="1" locked="0" layoutInCell="1" allowOverlap="1" wp14:anchorId="637286A4" wp14:editId="3BA41FFD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97790</wp:posOffset>
                      </wp:positionV>
                      <wp:extent cx="228600" cy="228600"/>
                      <wp:effectExtent l="0" t="0" r="0" b="0"/>
                      <wp:wrapNone/>
                      <wp:docPr id="3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6202680" y="-2286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1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2680" y="-2286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F1FC29" id="Group 16" o:spid="_x0000_s1026" style="position:absolute;margin-left:33.6pt;margin-top:7.7pt;width:18pt;height:18pt;z-index:-251568128;mso-wrap-distance-left:0;mso-wrap-distance-right:0" coordorigin="62026,-228" coordsize="2286,228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">
                      <v:shape id="Image 17" o:spid="_x0000_s1027" type="#_x0000_t75" style="position:absolute;left:62026;top:-228;width:2286;height:22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&#13;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49376" behindDoc="0" locked="0" layoutInCell="1" allowOverlap="1" wp14:anchorId="226C01A8" wp14:editId="24884E38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97790</wp:posOffset>
                  </wp:positionV>
                  <wp:extent cx="228600" cy="228600"/>
                  <wp:effectExtent l="0" t="0" r="0" b="0"/>
                  <wp:wrapNone/>
                  <wp:docPr id="38" name="Imag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 w:val="0"/>
                <w:color w:val="000000" w:themeColor="text1"/>
                <w:spacing w:val="-2"/>
                <w:sz w:val="22"/>
                <w:szCs w:val="22"/>
                <w:lang w:val="es-ES"/>
              </w:rPr>
              <w:t xml:space="preserve">       SI            NO     </w:t>
            </w:r>
          </w:p>
          <w:p w:rsidR="00582726" w:rsidRDefault="00582726" w:rsidP="00DA411B">
            <w:pPr>
              <w:rPr>
                <w:lang w:val="es-ES"/>
              </w:rPr>
            </w:pPr>
          </w:p>
        </w:tc>
      </w:tr>
    </w:tbl>
    <w:p w:rsidR="00582726" w:rsidRDefault="00582726" w:rsidP="00DA411B">
      <w:pPr>
        <w:rPr>
          <w:lang w:val="es-ES"/>
        </w:rPr>
      </w:pPr>
    </w:p>
    <w:p w:rsidR="00DA411B" w:rsidRPr="00DA411B" w:rsidRDefault="00DA411B" w:rsidP="00DA411B">
      <w:pPr>
        <w:rPr>
          <w:lang w:val="es-ES"/>
        </w:rPr>
      </w:pPr>
    </w:p>
    <w:tbl>
      <w:tblPr>
        <w:tblStyle w:val="TableNormal"/>
        <w:tblW w:w="1061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2"/>
        <w:gridCol w:w="4961"/>
        <w:gridCol w:w="850"/>
      </w:tblGrid>
      <w:tr w:rsidR="00AC62F7" w:rsidRPr="00AC62F7" w:rsidTr="00AC62F7">
        <w:trPr>
          <w:trHeight w:hRule="exact" w:val="450"/>
        </w:trPr>
        <w:tc>
          <w:tcPr>
            <w:tcW w:w="106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C6D9F1" w:themeFill="text2" w:themeFillTint="33"/>
          </w:tcPr>
          <w:p w:rsidR="00FE5B9C" w:rsidRPr="00EC256D" w:rsidRDefault="00FE5B9C" w:rsidP="00123558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 xml:space="preserve">NOMBRE Y APELLIDOS </w:t>
            </w:r>
            <w:r w:rsidR="00AC62F7">
              <w:rPr>
                <w:b/>
              </w:rPr>
              <w:t>DEL ALUMNO O ALUMNA</w:t>
            </w:r>
          </w:p>
        </w:tc>
      </w:tr>
      <w:tr w:rsidR="00AC62F7" w:rsidRPr="00AC62F7" w:rsidTr="00AC62F7">
        <w:trPr>
          <w:trHeight w:hRule="exact" w:val="367"/>
        </w:trPr>
        <w:tc>
          <w:tcPr>
            <w:tcW w:w="10609" w:type="dxa"/>
            <w:gridSpan w:val="3"/>
            <w:tcBorders>
              <w:top w:val="single" w:sz="4" w:space="0" w:color="000000"/>
              <w:left w:val="single" w:sz="18" w:space="0" w:color="000000"/>
              <w:bottom w:val="single" w:sz="24" w:space="0" w:color="auto"/>
              <w:right w:val="single" w:sz="18" w:space="0" w:color="000000"/>
            </w:tcBorders>
            <w:shd w:val="clear" w:color="auto" w:fill="auto"/>
          </w:tcPr>
          <w:p w:rsidR="00FE5B9C" w:rsidRPr="00EC256D" w:rsidRDefault="00FE5B9C" w:rsidP="00123558">
            <w:pPr>
              <w:pStyle w:val="TableParagraph"/>
              <w:rPr>
                <w:b/>
              </w:rPr>
            </w:pPr>
          </w:p>
        </w:tc>
      </w:tr>
      <w:tr w:rsidR="00AC62F7" w:rsidRPr="00AC62F7" w:rsidTr="00AC62F7">
        <w:trPr>
          <w:trHeight w:hRule="exact" w:val="367"/>
        </w:trPr>
        <w:tc>
          <w:tcPr>
            <w:tcW w:w="10609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:rsidR="00FE5B9C" w:rsidRPr="00EC256D" w:rsidRDefault="00FE5B9C" w:rsidP="00123558">
            <w:pPr>
              <w:pStyle w:val="TableParagraph"/>
              <w:rPr>
                <w:b/>
              </w:rPr>
            </w:pPr>
          </w:p>
        </w:tc>
      </w:tr>
      <w:tr w:rsidR="00AC62F7" w:rsidTr="00AC62F7">
        <w:trPr>
          <w:trHeight w:hRule="exact" w:val="509"/>
        </w:trPr>
        <w:tc>
          <w:tcPr>
            <w:tcW w:w="10609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6D9F1" w:themeFill="text2" w:themeFillTint="33"/>
          </w:tcPr>
          <w:p w:rsidR="00FE5B9C" w:rsidRPr="00EC256D" w:rsidRDefault="00FE5B9C" w:rsidP="00FE5B9C">
            <w:pPr>
              <w:pStyle w:val="TableParagraph"/>
              <w:tabs>
                <w:tab w:val="left" w:pos="7763"/>
              </w:tabs>
              <w:rPr>
                <w:rFonts w:ascii="Times New Roman"/>
              </w:rPr>
            </w:pPr>
            <w:r w:rsidRPr="00EC256D">
              <w:rPr>
                <w:b/>
              </w:rPr>
              <w:t>DATOS</w:t>
            </w:r>
            <w:r w:rsidRPr="00EC256D">
              <w:rPr>
                <w:b/>
                <w:spacing w:val="-5"/>
              </w:rPr>
              <w:t xml:space="preserve"> </w:t>
            </w:r>
            <w:r w:rsidRPr="00A75DA1">
              <w:rPr>
                <w:b/>
                <w:spacing w:val="-2"/>
              </w:rPr>
              <w:t xml:space="preserve">ACADÉMICOS  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Pr="00FE5B9C">
              <w:rPr>
                <w:b/>
                <w:spacing w:val="-2"/>
                <w:sz w:val="28"/>
                <w:szCs w:val="28"/>
              </w:rPr>
              <w:t xml:space="preserve"> </w:t>
            </w:r>
            <w:r w:rsidR="00AC62F7">
              <w:rPr>
                <w:b/>
                <w:spacing w:val="-2"/>
                <w:sz w:val="28"/>
                <w:szCs w:val="28"/>
              </w:rPr>
              <w:t>1</w:t>
            </w:r>
            <w:r w:rsidRPr="00FE5B9C">
              <w:rPr>
                <w:b/>
                <w:spacing w:val="-2"/>
                <w:sz w:val="28"/>
                <w:szCs w:val="28"/>
              </w:rPr>
              <w:t>º ESO</w:t>
            </w:r>
            <w:r>
              <w:rPr>
                <w:b/>
                <w:spacing w:val="-2"/>
              </w:rPr>
              <w:t xml:space="preserve"> </w:t>
            </w:r>
          </w:p>
        </w:tc>
      </w:tr>
      <w:tr w:rsidR="00AC62F7" w:rsidRPr="00FE5B9C" w:rsidTr="00AC62F7">
        <w:trPr>
          <w:trHeight w:hRule="exact" w:val="311"/>
        </w:trPr>
        <w:tc>
          <w:tcPr>
            <w:tcW w:w="4802" w:type="dxa"/>
            <w:tcBorders>
              <w:left w:val="single" w:sz="24" w:space="0" w:color="auto"/>
              <w:bottom w:val="single" w:sz="4" w:space="0" w:color="000000"/>
            </w:tcBorders>
            <w:shd w:val="clear" w:color="auto" w:fill="C6D9F1" w:themeFill="text2" w:themeFillTint="33"/>
          </w:tcPr>
          <w:p w:rsidR="00FE5B9C" w:rsidRDefault="00FE5B9C" w:rsidP="00FE5B9C">
            <w:pPr>
              <w:pStyle w:val="TableParagraph"/>
              <w:spacing w:before="52"/>
              <w:ind w:left="102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Materias comunes</w:t>
            </w:r>
            <w:r w:rsidR="00AC62F7">
              <w:rPr>
                <w:b/>
                <w:spacing w:val="-2"/>
                <w:sz w:val="19"/>
              </w:rPr>
              <w:t xml:space="preserve">  </w:t>
            </w:r>
          </w:p>
          <w:p w:rsidR="00FE5B9C" w:rsidRDefault="00FE5B9C" w:rsidP="00FE5B9C">
            <w:pPr>
              <w:pStyle w:val="TableParagraph"/>
              <w:spacing w:before="51"/>
              <w:ind w:left="102"/>
              <w:rPr>
                <w:sz w:val="17"/>
              </w:rPr>
            </w:pPr>
          </w:p>
        </w:tc>
        <w:tc>
          <w:tcPr>
            <w:tcW w:w="5807" w:type="dxa"/>
            <w:gridSpan w:val="2"/>
            <w:tcBorders>
              <w:right w:val="single" w:sz="24" w:space="0" w:color="auto"/>
            </w:tcBorders>
            <w:shd w:val="clear" w:color="auto" w:fill="C6D9F1" w:themeFill="text2" w:themeFillTint="33"/>
          </w:tcPr>
          <w:p w:rsidR="00FE5B9C" w:rsidRDefault="00FE5B9C" w:rsidP="00FE5B9C">
            <w:pPr>
              <w:pStyle w:val="TableParagraph"/>
              <w:spacing w:before="52"/>
              <w:ind w:left="102"/>
              <w:jc w:val="center"/>
              <w:rPr>
                <w:b/>
                <w:sz w:val="17"/>
              </w:rPr>
            </w:pPr>
            <w:r w:rsidRPr="00FE5B9C">
              <w:rPr>
                <w:b/>
                <w:spacing w:val="-2"/>
                <w:sz w:val="19"/>
              </w:rPr>
              <w:t>Optativas (solamente se cursará una materia)</w:t>
            </w:r>
          </w:p>
        </w:tc>
      </w:tr>
      <w:tr w:rsidR="00AC62F7" w:rsidRPr="00FE5B9C" w:rsidTr="00AC62F7">
        <w:trPr>
          <w:trHeight w:val="355"/>
        </w:trPr>
        <w:tc>
          <w:tcPr>
            <w:tcW w:w="4802" w:type="dxa"/>
            <w:vMerge w:val="restart"/>
            <w:tcBorders>
              <w:top w:val="single" w:sz="2" w:space="0" w:color="000000"/>
              <w:left w:val="single" w:sz="24" w:space="0" w:color="auto"/>
              <w:right w:val="single" w:sz="8" w:space="0" w:color="000000"/>
            </w:tcBorders>
          </w:tcPr>
          <w:p w:rsidR="00FE5B9C" w:rsidRDefault="00FE5B9C" w:rsidP="00FE5B9C">
            <w:pPr>
              <w:pStyle w:val="TableParagraph"/>
              <w:tabs>
                <w:tab w:val="center" w:pos="3969"/>
              </w:tabs>
              <w:rPr>
                <w:sz w:val="16"/>
              </w:rPr>
            </w:pP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>
              <w:rPr>
                <w:sz w:val="16"/>
              </w:rPr>
              <w:t>Horas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semanales</w:t>
            </w:r>
          </w:p>
          <w:p w:rsidR="00FE5B9C" w:rsidRDefault="00FE5B9C" w:rsidP="00FE5B9C">
            <w:pPr>
              <w:pStyle w:val="TableParagraph"/>
              <w:tabs>
                <w:tab w:val="left" w:pos="0"/>
                <w:tab w:val="right" w:pos="3930"/>
              </w:tabs>
              <w:rPr>
                <w:sz w:val="16"/>
              </w:rPr>
            </w:pPr>
          </w:p>
          <w:p w:rsidR="00FE5B9C" w:rsidRDefault="00FE5B9C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 w:rsidRPr="00FE5B9C">
              <w:rPr>
                <w:sz w:val="16"/>
              </w:rPr>
              <w:t>Lengua Castellana y Literatura.</w:t>
            </w:r>
            <w:r>
              <w:rPr>
                <w:sz w:val="16"/>
              </w:rPr>
              <w:t xml:space="preserve">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="00AC62F7">
              <w:rPr>
                <w:sz w:val="16"/>
              </w:rPr>
              <w:t>5</w:t>
            </w:r>
            <w:r>
              <w:rPr>
                <w:sz w:val="16"/>
              </w:rPr>
              <w:t xml:space="preserve"> h</w:t>
            </w:r>
          </w:p>
          <w:p w:rsidR="00FE5B9C" w:rsidRDefault="00FE5B9C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 w:rsidRPr="00FE5B9C">
              <w:rPr>
                <w:sz w:val="16"/>
              </w:rPr>
              <w:t xml:space="preserve">Matemáticas. 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>
              <w:rPr>
                <w:sz w:val="16"/>
              </w:rPr>
              <w:t>4 h</w:t>
            </w:r>
          </w:p>
          <w:p w:rsidR="00FE5B9C" w:rsidRDefault="00FE5B9C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>
              <w:rPr>
                <w:sz w:val="16"/>
              </w:rPr>
              <w:t xml:space="preserve">Lengua extranjera: </w:t>
            </w:r>
            <w:r w:rsidRPr="00FE5B9C">
              <w:rPr>
                <w:sz w:val="16"/>
              </w:rPr>
              <w:t xml:space="preserve">Inglés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>
              <w:rPr>
                <w:sz w:val="16"/>
              </w:rPr>
              <w:t>4 h</w:t>
            </w:r>
          </w:p>
          <w:p w:rsidR="00FE5B9C" w:rsidRDefault="00FE5B9C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 w:rsidRPr="00FE5B9C">
              <w:rPr>
                <w:sz w:val="16"/>
              </w:rPr>
              <w:t xml:space="preserve">Geografía e Historia.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="00AC62F7">
              <w:rPr>
                <w:sz w:val="16"/>
              </w:rPr>
              <w:t>4</w:t>
            </w:r>
            <w:r>
              <w:rPr>
                <w:sz w:val="16"/>
              </w:rPr>
              <w:t xml:space="preserve"> h</w:t>
            </w:r>
          </w:p>
          <w:p w:rsidR="00FE5B9C" w:rsidRDefault="00AC62F7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>
              <w:rPr>
                <w:sz w:val="16"/>
              </w:rPr>
              <w:t>Biología y Geología</w:t>
            </w:r>
            <w:r w:rsidR="00FE5B9C" w:rsidRPr="00FE5B9C">
              <w:rPr>
                <w:sz w:val="16"/>
              </w:rPr>
              <w:t xml:space="preserve">.  </w:t>
            </w:r>
            <w:r w:rsidR="00FE5B9C"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="00FE5B9C">
              <w:rPr>
                <w:sz w:val="16"/>
              </w:rPr>
              <w:t>3 h</w:t>
            </w:r>
          </w:p>
          <w:p w:rsidR="00FE5B9C" w:rsidRDefault="00FE5B9C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 w:rsidRPr="00FE5B9C">
              <w:rPr>
                <w:sz w:val="16"/>
              </w:rPr>
              <w:t xml:space="preserve">Educación Física. 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>
              <w:rPr>
                <w:sz w:val="16"/>
              </w:rPr>
              <w:t>2 h</w:t>
            </w:r>
          </w:p>
          <w:p w:rsidR="00FE5B9C" w:rsidRDefault="00AC62F7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>
              <w:rPr>
                <w:sz w:val="16"/>
              </w:rPr>
              <w:t>Tecnología y Digitalización</w:t>
            </w:r>
            <w:r w:rsidR="00FE5B9C">
              <w:rPr>
                <w:sz w:val="16"/>
              </w:rPr>
              <w:t xml:space="preserve"> </w:t>
            </w:r>
            <w:r w:rsidR="00FE5B9C"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="00FE5B9C">
              <w:rPr>
                <w:sz w:val="16"/>
              </w:rPr>
              <w:t>2 h</w:t>
            </w:r>
            <w:r w:rsidR="00FE5B9C" w:rsidRPr="00FE5B9C">
              <w:rPr>
                <w:sz w:val="16"/>
              </w:rPr>
              <w:t xml:space="preserve"> </w:t>
            </w:r>
          </w:p>
          <w:p w:rsidR="00FE5B9C" w:rsidRDefault="00FE5B9C" w:rsidP="00FE5B9C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 w:rsidRPr="00FE5B9C">
              <w:rPr>
                <w:sz w:val="16"/>
              </w:rPr>
              <w:t xml:space="preserve">Música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>
              <w:rPr>
                <w:sz w:val="16"/>
              </w:rPr>
              <w:t>2 h</w:t>
            </w:r>
          </w:p>
          <w:p w:rsidR="00FE5B9C" w:rsidRPr="00AC62F7" w:rsidRDefault="00AC62F7" w:rsidP="00AC62F7">
            <w:pPr>
              <w:pStyle w:val="TableParagraph"/>
              <w:tabs>
                <w:tab w:val="center" w:leader="dot" w:pos="3969"/>
              </w:tabs>
              <w:spacing w:line="360" w:lineRule="auto"/>
              <w:ind w:left="387"/>
              <w:rPr>
                <w:sz w:val="16"/>
              </w:rPr>
            </w:pPr>
            <w:r>
              <w:rPr>
                <w:sz w:val="16"/>
              </w:rPr>
              <w:t xml:space="preserve">Tutoría </w:t>
            </w:r>
            <w:r w:rsidR="00FE5B9C">
              <w:rPr>
                <w:sz w:val="16"/>
              </w:rPr>
              <w:t xml:space="preserve"> </w:t>
            </w:r>
            <w:r w:rsidR="00FE5B9C"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>
              <w:rPr>
                <w:sz w:val="16"/>
              </w:rPr>
              <w:t>1</w:t>
            </w:r>
            <w:r w:rsidR="00FE5B9C">
              <w:rPr>
                <w:sz w:val="16"/>
              </w:rPr>
              <w:t xml:space="preserve"> h</w:t>
            </w:r>
          </w:p>
        </w:tc>
        <w:tc>
          <w:tcPr>
            <w:tcW w:w="5807" w:type="dxa"/>
            <w:gridSpan w:val="2"/>
            <w:tcBorders>
              <w:left w:val="single" w:sz="8" w:space="0" w:color="000000"/>
              <w:bottom w:val="single" w:sz="4" w:space="0" w:color="000000"/>
              <w:right w:val="single" w:sz="24" w:space="0" w:color="auto"/>
            </w:tcBorders>
          </w:tcPr>
          <w:p w:rsidR="00FE5B9C" w:rsidRPr="00FE5B9C" w:rsidRDefault="00FE5B9C" w:rsidP="00FE5B9C">
            <w:pPr>
              <w:pStyle w:val="TableParagraph"/>
              <w:tabs>
                <w:tab w:val="left" w:pos="890"/>
                <w:tab w:val="left" w:pos="1430"/>
                <w:tab w:val="left" w:pos="1792"/>
                <w:tab w:val="left" w:pos="2152"/>
              </w:tabs>
              <w:spacing w:before="62" w:line="249" w:lineRule="auto"/>
              <w:ind w:left="105" w:right="111"/>
              <w:jc w:val="both"/>
              <w:rPr>
                <w:b/>
                <w:sz w:val="13"/>
              </w:rPr>
            </w:pPr>
            <w:r w:rsidRPr="007D2232">
              <w:rPr>
                <w:b/>
                <w:spacing w:val="-2"/>
                <w:sz w:val="13"/>
              </w:rPr>
              <w:t>Ordena</w:t>
            </w:r>
            <w:r w:rsidRPr="007D2232">
              <w:rPr>
                <w:b/>
                <w:sz w:val="13"/>
              </w:rPr>
              <w:t xml:space="preserve"> de</w:t>
            </w:r>
            <w:r w:rsidRPr="007D2232">
              <w:rPr>
                <w:b/>
                <w:spacing w:val="-7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1</w:t>
            </w:r>
            <w:r w:rsidRPr="007D2232">
              <w:rPr>
                <w:b/>
                <w:sz w:val="13"/>
              </w:rPr>
              <w:tab/>
            </w:r>
            <w:r w:rsidRPr="007D2232">
              <w:rPr>
                <w:b/>
                <w:spacing w:val="-10"/>
                <w:sz w:val="13"/>
              </w:rPr>
              <w:t>a</w:t>
            </w:r>
            <w:r w:rsidRPr="007D2232">
              <w:rPr>
                <w:b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 xml:space="preserve">3 </w:t>
            </w:r>
            <w:r w:rsidRPr="007D2232">
              <w:rPr>
                <w:b/>
                <w:spacing w:val="-6"/>
                <w:sz w:val="13"/>
              </w:rPr>
              <w:t>se</w:t>
            </w:r>
            <w:r w:rsidRPr="007D2232">
              <w:rPr>
                <w:b/>
                <w:spacing w:val="40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adjudicará</w:t>
            </w:r>
            <w:r w:rsidRPr="007D2232">
              <w:rPr>
                <w:b/>
                <w:spacing w:val="73"/>
                <w:w w:val="150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una</w:t>
            </w:r>
            <w:r w:rsidRPr="007D2232">
              <w:rPr>
                <w:b/>
                <w:spacing w:val="43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dependiendo</w:t>
            </w:r>
            <w:r w:rsidRPr="007D2232">
              <w:rPr>
                <w:b/>
                <w:spacing w:val="42"/>
                <w:sz w:val="13"/>
              </w:rPr>
              <w:t xml:space="preserve"> </w:t>
            </w:r>
            <w:r w:rsidRPr="007D2232">
              <w:rPr>
                <w:b/>
                <w:spacing w:val="-7"/>
                <w:sz w:val="13"/>
              </w:rPr>
              <w:t>de</w:t>
            </w:r>
            <w:r w:rsidRPr="007D2232">
              <w:rPr>
                <w:b/>
                <w:sz w:val="13"/>
              </w:rPr>
              <w:t xml:space="preserve"> la</w:t>
            </w:r>
            <w:r w:rsidRPr="007D2232">
              <w:rPr>
                <w:b/>
                <w:spacing w:val="-6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organización</w:t>
            </w:r>
            <w:r w:rsidRPr="007D2232">
              <w:rPr>
                <w:b/>
                <w:spacing w:val="24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del</w:t>
            </w:r>
            <w:r w:rsidRPr="007D2232">
              <w:rPr>
                <w:b/>
                <w:spacing w:val="-6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centro</w:t>
            </w:r>
            <w:r w:rsidRPr="007D2232">
              <w:rPr>
                <w:b/>
                <w:spacing w:val="25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y</w:t>
            </w:r>
            <w:r w:rsidRPr="007D2232">
              <w:rPr>
                <w:b/>
                <w:spacing w:val="25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del</w:t>
            </w:r>
            <w:r w:rsidRPr="007D2232">
              <w:rPr>
                <w:b/>
                <w:spacing w:val="25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número</w:t>
            </w:r>
            <w:r w:rsidRPr="007D2232">
              <w:rPr>
                <w:b/>
                <w:spacing w:val="40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de alumnos</w:t>
            </w:r>
            <w:r w:rsidRPr="007D2232">
              <w:rPr>
                <w:b/>
                <w:spacing w:val="40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que</w:t>
            </w:r>
            <w:r w:rsidRPr="007D2232">
              <w:rPr>
                <w:b/>
                <w:spacing w:val="40"/>
                <w:sz w:val="13"/>
              </w:rPr>
              <w:t xml:space="preserve"> </w:t>
            </w:r>
            <w:r w:rsidRPr="007D2232">
              <w:rPr>
                <w:b/>
                <w:sz w:val="13"/>
              </w:rPr>
              <w:t>la soliciten]</w:t>
            </w:r>
          </w:p>
        </w:tc>
      </w:tr>
      <w:tr w:rsidR="00AC62F7" w:rsidRPr="00FE5B9C" w:rsidTr="00AC62F7">
        <w:trPr>
          <w:trHeight w:hRule="exact" w:val="1525"/>
        </w:trPr>
        <w:tc>
          <w:tcPr>
            <w:tcW w:w="4802" w:type="dxa"/>
            <w:vMerge/>
            <w:tcBorders>
              <w:left w:val="single" w:sz="24" w:space="0" w:color="auto"/>
              <w:right w:val="single" w:sz="8" w:space="0" w:color="000000"/>
            </w:tcBorders>
          </w:tcPr>
          <w:p w:rsidR="00FE5B9C" w:rsidRDefault="00FE5B9C" w:rsidP="00FE5B9C">
            <w:pPr>
              <w:pStyle w:val="TableParagraph"/>
              <w:rPr>
                <w:sz w:val="16"/>
              </w:rPr>
            </w:pPr>
          </w:p>
        </w:tc>
        <w:tc>
          <w:tcPr>
            <w:tcW w:w="4961" w:type="dxa"/>
            <w:tcBorders>
              <w:left w:val="single" w:sz="8" w:space="0" w:color="000000"/>
              <w:bottom w:val="single" w:sz="4" w:space="0" w:color="000000"/>
              <w:right w:val="nil"/>
            </w:tcBorders>
          </w:tcPr>
          <w:p w:rsidR="00FE5B9C" w:rsidRDefault="00FE5B9C" w:rsidP="00FE5B9C">
            <w:pPr>
              <w:pStyle w:val="TableParagraph"/>
              <w:spacing w:before="103" w:line="249" w:lineRule="auto"/>
              <w:ind w:left="283" w:right="287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b/>
                <w:sz w:val="13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>
              <w:rPr>
                <w:b/>
                <w:sz w:val="13"/>
              </w:rPr>
              <w:instrText xml:space="preserve"> FORMCHECKBOX </w:instrText>
            </w:r>
            <w:r>
              <w:rPr>
                <w:b/>
                <w:sz w:val="13"/>
              </w:rPr>
            </w:r>
            <w:r>
              <w:rPr>
                <w:b/>
                <w:sz w:val="13"/>
              </w:rPr>
              <w:fldChar w:fldCharType="end"/>
            </w:r>
            <w:bookmarkEnd w:id="0"/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Pr="00AC62F7">
              <w:rPr>
                <w:color w:val="FF0000"/>
                <w:sz w:val="16"/>
              </w:rPr>
              <w:t>2º Lengua extranjera: Francés (Materia obligatoria para el alumnado del proyecto bilingüe)</w:t>
            </w:r>
            <w:r w:rsidRPr="00AC62F7">
              <w:rPr>
                <w:rFonts w:asciiTheme="majorHAnsi" w:eastAsia="Times New Roman" w:hAnsiTheme="majorHAnsi" w:cstheme="majorHAnsi"/>
                <w:color w:val="FF0000"/>
                <w:sz w:val="20"/>
                <w:szCs w:val="20"/>
              </w:rPr>
              <w:t xml:space="preserve"> </w:t>
            </w:r>
          </w:p>
          <w:p w:rsidR="00FE5B9C" w:rsidRPr="00FE5B9C" w:rsidRDefault="00FE5B9C" w:rsidP="00FE5B9C">
            <w:pPr>
              <w:pStyle w:val="TableParagraph"/>
              <w:spacing w:before="103" w:line="249" w:lineRule="auto"/>
              <w:ind w:left="283" w:right="287"/>
              <w:jc w:val="both"/>
              <w:rPr>
                <w:sz w:val="16"/>
              </w:rPr>
            </w:pPr>
            <w:r w:rsidRPr="00FE5B9C">
              <w:rPr>
                <w:sz w:val="16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2"/>
            <w:r w:rsidRPr="00FE5B9C">
              <w:rPr>
                <w:sz w:val="16"/>
              </w:rPr>
              <w:instrText xml:space="preserve"> FORMCHECKBOX </w:instrText>
            </w:r>
            <w:r w:rsidRPr="00FE5B9C">
              <w:rPr>
                <w:sz w:val="16"/>
              </w:rPr>
            </w:r>
            <w:r w:rsidRPr="00FE5B9C">
              <w:rPr>
                <w:sz w:val="16"/>
              </w:rPr>
              <w:fldChar w:fldCharType="end"/>
            </w:r>
            <w:bookmarkEnd w:id="1"/>
            <w:r w:rsidRPr="00FE5B9C">
              <w:rPr>
                <w:sz w:val="16"/>
              </w:rPr>
              <w:t xml:space="preserve">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="00AC62F7">
              <w:rPr>
                <w:sz w:val="16"/>
              </w:rPr>
              <w:t>Taller de Emprendimiento y Finanzas Personales</w:t>
            </w:r>
          </w:p>
          <w:p w:rsidR="00FE5B9C" w:rsidRPr="00FE5B9C" w:rsidRDefault="00FE5B9C" w:rsidP="00FE5B9C">
            <w:pPr>
              <w:pStyle w:val="TableParagraph"/>
              <w:spacing w:before="103" w:line="249" w:lineRule="auto"/>
              <w:ind w:left="283" w:right="287"/>
              <w:jc w:val="both"/>
              <w:rPr>
                <w:b/>
                <w:sz w:val="13"/>
              </w:rPr>
            </w:pPr>
            <w:r w:rsidRPr="00FE5B9C">
              <w:rPr>
                <w:sz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3"/>
            <w:r w:rsidRPr="00FE5B9C">
              <w:rPr>
                <w:sz w:val="16"/>
              </w:rPr>
              <w:instrText xml:space="preserve"> FORMCHECKBOX </w:instrText>
            </w:r>
            <w:r w:rsidRPr="00FE5B9C">
              <w:rPr>
                <w:sz w:val="16"/>
              </w:rPr>
            </w:r>
            <w:r w:rsidRPr="00FE5B9C">
              <w:rPr>
                <w:sz w:val="16"/>
              </w:rPr>
              <w:fldChar w:fldCharType="end"/>
            </w:r>
            <w:bookmarkEnd w:id="2"/>
            <w:r w:rsidRPr="00FE5B9C">
              <w:rPr>
                <w:sz w:val="16"/>
              </w:rPr>
              <w:t xml:space="preserve"> </w:t>
            </w:r>
            <w:r w:rsidRPr="00FE5B9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  <w:r w:rsidR="00AC62F7">
              <w:rPr>
                <w:sz w:val="16"/>
              </w:rPr>
              <w:t>Proyectos de Artes Plásticas y Visuales</w:t>
            </w: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single" w:sz="24" w:space="0" w:color="auto"/>
            </w:tcBorders>
          </w:tcPr>
          <w:p w:rsidR="00FE5B9C" w:rsidRPr="00AC62F7" w:rsidRDefault="00FE5B9C" w:rsidP="00AC62F7">
            <w:pPr>
              <w:pStyle w:val="TableParagraph"/>
              <w:spacing w:before="103" w:line="360" w:lineRule="auto"/>
              <w:ind w:left="-94" w:right="88" w:firstLine="91"/>
              <w:rPr>
                <w:color w:val="FF0000"/>
                <w:sz w:val="16"/>
              </w:rPr>
            </w:pPr>
            <w:r w:rsidRPr="00AC62F7">
              <w:rPr>
                <w:color w:val="FF0000"/>
                <w:sz w:val="16"/>
              </w:rPr>
              <w:t xml:space="preserve">2 h </w:t>
            </w:r>
          </w:p>
          <w:p w:rsidR="00AC62F7" w:rsidRDefault="00AC62F7" w:rsidP="00AC62F7">
            <w:pPr>
              <w:pStyle w:val="TableParagraph"/>
              <w:spacing w:line="360" w:lineRule="auto"/>
              <w:ind w:right="88"/>
              <w:rPr>
                <w:sz w:val="16"/>
              </w:rPr>
            </w:pPr>
          </w:p>
          <w:p w:rsidR="00AC62F7" w:rsidRDefault="00FE5B9C" w:rsidP="00AC62F7">
            <w:pPr>
              <w:pStyle w:val="TableParagraph"/>
              <w:spacing w:line="360" w:lineRule="auto"/>
              <w:ind w:right="88" w:hanging="3"/>
              <w:rPr>
                <w:sz w:val="16"/>
              </w:rPr>
            </w:pPr>
            <w:r>
              <w:rPr>
                <w:sz w:val="16"/>
              </w:rPr>
              <w:t>2 h</w:t>
            </w:r>
          </w:p>
          <w:p w:rsidR="00AC62F7" w:rsidRDefault="00AC62F7" w:rsidP="00AC62F7">
            <w:pPr>
              <w:pStyle w:val="TableParagraph"/>
              <w:spacing w:line="360" w:lineRule="auto"/>
              <w:ind w:right="88"/>
              <w:rPr>
                <w:sz w:val="16"/>
              </w:rPr>
            </w:pPr>
            <w:r>
              <w:rPr>
                <w:sz w:val="16"/>
              </w:rPr>
              <w:t>2 h</w:t>
            </w:r>
          </w:p>
          <w:p w:rsidR="00FE5B9C" w:rsidRPr="00FE5B9C" w:rsidRDefault="00FE5B9C" w:rsidP="00AC62F7">
            <w:pPr>
              <w:pStyle w:val="TableParagraph"/>
              <w:spacing w:before="103" w:line="249" w:lineRule="auto"/>
              <w:ind w:left="139" w:right="88"/>
              <w:rPr>
                <w:sz w:val="16"/>
              </w:rPr>
            </w:pPr>
          </w:p>
        </w:tc>
      </w:tr>
      <w:tr w:rsidR="00AC62F7" w:rsidTr="00AC62F7">
        <w:trPr>
          <w:trHeight w:hRule="exact" w:val="322"/>
        </w:trPr>
        <w:tc>
          <w:tcPr>
            <w:tcW w:w="4802" w:type="dxa"/>
            <w:vMerge/>
            <w:tcBorders>
              <w:left w:val="single" w:sz="24" w:space="0" w:color="auto"/>
              <w:right w:val="single" w:sz="8" w:space="0" w:color="000000"/>
            </w:tcBorders>
          </w:tcPr>
          <w:p w:rsidR="00FE5B9C" w:rsidRPr="00B5445B" w:rsidRDefault="00FE5B9C" w:rsidP="00FE5B9C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5807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24" w:space="0" w:color="auto"/>
            </w:tcBorders>
            <w:shd w:val="clear" w:color="auto" w:fill="C6D9F1" w:themeFill="text2" w:themeFillTint="33"/>
          </w:tcPr>
          <w:p w:rsidR="00FE5B9C" w:rsidRDefault="00FE5B9C" w:rsidP="00FE5B9C">
            <w:pPr>
              <w:pStyle w:val="TableParagraph"/>
              <w:spacing w:before="55"/>
              <w:ind w:left="626"/>
              <w:rPr>
                <w:b/>
                <w:sz w:val="17"/>
              </w:rPr>
            </w:pPr>
            <w:r>
              <w:rPr>
                <w:b/>
                <w:sz w:val="17"/>
              </w:rPr>
              <w:t>Religión</w:t>
            </w:r>
            <w:r>
              <w:rPr>
                <w:b/>
                <w:spacing w:val="40"/>
                <w:sz w:val="17"/>
              </w:rPr>
              <w:t xml:space="preserve">  </w:t>
            </w:r>
            <w:r>
              <w:rPr>
                <w:b/>
                <w:sz w:val="17"/>
              </w:rPr>
              <w:t>(</w:t>
            </w:r>
            <w:r w:rsidR="00AC62F7">
              <w:rPr>
                <w:b/>
                <w:sz w:val="17"/>
              </w:rPr>
              <w:t>1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h)</w:t>
            </w:r>
          </w:p>
        </w:tc>
      </w:tr>
      <w:tr w:rsidR="00AC62F7" w:rsidTr="00AC62F7">
        <w:trPr>
          <w:trHeight w:val="1325"/>
        </w:trPr>
        <w:tc>
          <w:tcPr>
            <w:tcW w:w="4802" w:type="dxa"/>
            <w:vMerge/>
            <w:tcBorders>
              <w:left w:val="single" w:sz="24" w:space="0" w:color="auto"/>
              <w:bottom w:val="single" w:sz="18" w:space="0" w:color="000000"/>
              <w:right w:val="single" w:sz="8" w:space="0" w:color="000000"/>
            </w:tcBorders>
          </w:tcPr>
          <w:p w:rsidR="00FE5B9C" w:rsidRDefault="00FE5B9C" w:rsidP="00FE5B9C">
            <w:pPr>
              <w:rPr>
                <w:sz w:val="2"/>
                <w:szCs w:val="2"/>
              </w:rPr>
            </w:pPr>
          </w:p>
        </w:tc>
        <w:tc>
          <w:tcPr>
            <w:tcW w:w="5807" w:type="dxa"/>
            <w:gridSpan w:val="2"/>
            <w:tcBorders>
              <w:top w:val="single" w:sz="6" w:space="0" w:color="000000"/>
              <w:left w:val="single" w:sz="8" w:space="0" w:color="000000"/>
              <w:bottom w:val="single" w:sz="18" w:space="0" w:color="000000"/>
              <w:right w:val="single" w:sz="24" w:space="0" w:color="auto"/>
            </w:tcBorders>
          </w:tcPr>
          <w:p w:rsidR="00FE5B9C" w:rsidRPr="00FE5B9C" w:rsidRDefault="00FE5B9C" w:rsidP="00FE5B9C">
            <w:pPr>
              <w:pStyle w:val="TableParagraph"/>
              <w:spacing w:before="67" w:line="249" w:lineRule="auto"/>
              <w:ind w:left="128"/>
              <w:rPr>
                <w:b/>
                <w:bCs/>
                <w:sz w:val="16"/>
              </w:rPr>
            </w:pPr>
            <w:r w:rsidRPr="00FE5B9C">
              <w:rPr>
                <w:b/>
                <w:bCs/>
                <w:sz w:val="16"/>
              </w:rPr>
              <w:t>Si desea cursar la materia de religión</w:t>
            </w:r>
            <w:r w:rsidRPr="00FE5B9C">
              <w:rPr>
                <w:b/>
                <w:bCs/>
                <w:spacing w:val="40"/>
                <w:sz w:val="16"/>
              </w:rPr>
              <w:t xml:space="preserve"> </w:t>
            </w:r>
            <w:r w:rsidRPr="00FE5B9C">
              <w:rPr>
                <w:b/>
                <w:bCs/>
                <w:sz w:val="16"/>
              </w:rPr>
              <w:t>marque la siguiente casilla:</w:t>
            </w:r>
          </w:p>
          <w:p w:rsidR="00FE5B9C" w:rsidRDefault="00FE5B9C" w:rsidP="00FE5B9C">
            <w:pPr>
              <w:pStyle w:val="TableParagraph"/>
              <w:spacing w:before="163"/>
              <w:rPr>
                <w:b/>
                <w:i/>
                <w:sz w:val="16"/>
              </w:rPr>
            </w:pPr>
            <w:r>
              <w:rPr>
                <w:noProof/>
                <w:sz w:val="1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E93235" wp14:editId="79380E5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207645</wp:posOffset>
                      </wp:positionV>
                      <wp:extent cx="129540" cy="129540"/>
                      <wp:effectExtent l="57150" t="19050" r="80010" b="9906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29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5DBF0D" id="Rectángulo 47" o:spid="_x0000_s1026" style="position:absolute;margin-left:7.1pt;margin-top:16.35pt;width:10.2pt;height:10.2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" filled="f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:rsidR="00FE5B9C" w:rsidRDefault="00FE5B9C" w:rsidP="00FE5B9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          Religión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Católica</w:t>
            </w:r>
          </w:p>
        </w:tc>
      </w:tr>
    </w:tbl>
    <w:p w:rsidR="00AC62F7" w:rsidRDefault="00AC62F7" w:rsidP="00AC62F7">
      <w:pPr>
        <w:pStyle w:val="Prrafodelista"/>
        <w:spacing w:before="100" w:beforeAutospacing="1" w:after="100" w:afterAutospacing="1"/>
        <w:ind w:left="709"/>
        <w:rPr>
          <w:rFonts w:asciiTheme="majorHAnsi" w:eastAsia="Times New Roman" w:hAnsiTheme="majorHAnsi" w:cstheme="majorHAnsi"/>
          <w:lang w:val="es-ES"/>
        </w:rPr>
      </w:pPr>
      <w:r>
        <w:rPr>
          <w:rFonts w:asciiTheme="majorHAnsi" w:eastAsia="Times New Roman" w:hAnsiTheme="majorHAnsi" w:cstheme="majorHAnsi"/>
          <w:u w:val="single"/>
          <w:lang w:val="es-ES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Marcar4"/>
      <w:r>
        <w:rPr>
          <w:rFonts w:asciiTheme="majorHAnsi" w:eastAsia="Times New Roman" w:hAnsiTheme="majorHAnsi" w:cstheme="majorHAnsi"/>
          <w:u w:val="single"/>
          <w:lang w:val="es-ES"/>
        </w:rPr>
        <w:instrText xml:space="preserve"> FORMCHECKBOX </w:instrText>
      </w:r>
      <w:r>
        <w:rPr>
          <w:rFonts w:asciiTheme="majorHAnsi" w:eastAsia="Times New Roman" w:hAnsiTheme="majorHAnsi" w:cstheme="majorHAnsi"/>
          <w:u w:val="single"/>
          <w:lang w:val="es-ES"/>
        </w:rPr>
      </w:r>
      <w:r>
        <w:rPr>
          <w:rFonts w:asciiTheme="majorHAnsi" w:eastAsia="Times New Roman" w:hAnsiTheme="majorHAnsi" w:cstheme="majorHAnsi"/>
          <w:u w:val="single"/>
          <w:lang w:val="es-ES"/>
        </w:rPr>
        <w:fldChar w:fldCharType="end"/>
      </w:r>
      <w:bookmarkEnd w:id="3"/>
      <w:r>
        <w:rPr>
          <w:rFonts w:asciiTheme="majorHAnsi" w:eastAsia="Times New Roman" w:hAnsiTheme="majorHAnsi" w:cstheme="majorHAnsi"/>
          <w:lang w:val="es-ES"/>
        </w:rPr>
        <w:tab/>
        <w:t>PERTENEZCO A LA AMPA (agenda gratuita)</w:t>
      </w:r>
    </w:p>
    <w:p w:rsidR="00AC62F7" w:rsidRPr="00AC62F7" w:rsidRDefault="00AC62F7" w:rsidP="00AC62F7">
      <w:pPr>
        <w:spacing w:before="100" w:beforeAutospacing="1" w:after="100" w:afterAutospacing="1"/>
        <w:rPr>
          <w:rFonts w:asciiTheme="majorHAnsi" w:eastAsia="Times New Roman" w:hAnsiTheme="majorHAnsi" w:cstheme="majorHAnsi"/>
          <w:lang w:val="es-ES"/>
        </w:rPr>
      </w:pPr>
      <w:r w:rsidRPr="00AC62F7">
        <w:rPr>
          <w:rFonts w:asciiTheme="majorHAnsi" w:eastAsia="Times New Roman" w:hAnsiTheme="majorHAnsi" w:cstheme="majorHAnsi"/>
          <w:lang w:val="es-ES"/>
        </w:rPr>
        <w:tab/>
      </w:r>
      <w:r w:rsidRPr="00AC62F7">
        <w:rPr>
          <w:rFonts w:asciiTheme="majorHAnsi" w:eastAsia="Times New Roman" w:hAnsiTheme="majorHAnsi" w:cstheme="majorHAnsi"/>
          <w:lang w:val="es-ES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Marcar5"/>
      <w:r w:rsidRPr="00AC62F7">
        <w:rPr>
          <w:rFonts w:asciiTheme="majorHAnsi" w:eastAsia="Times New Roman" w:hAnsiTheme="majorHAnsi" w:cstheme="majorHAnsi"/>
          <w:lang w:val="es-ES"/>
        </w:rPr>
        <w:instrText xml:space="preserve"> FORMCHECKBOX </w:instrText>
      </w:r>
      <w:r>
        <w:rPr>
          <w:lang w:val="es-ES"/>
        </w:rPr>
      </w:r>
      <w:r w:rsidRPr="00AC62F7">
        <w:rPr>
          <w:rFonts w:asciiTheme="majorHAnsi" w:eastAsia="Times New Roman" w:hAnsiTheme="majorHAnsi" w:cstheme="majorHAnsi"/>
          <w:lang w:val="es-ES"/>
        </w:rPr>
        <w:fldChar w:fldCharType="end"/>
      </w:r>
      <w:bookmarkEnd w:id="4"/>
      <w:r w:rsidRPr="00AC62F7">
        <w:rPr>
          <w:rFonts w:asciiTheme="majorHAnsi" w:eastAsia="Times New Roman" w:hAnsiTheme="majorHAnsi" w:cstheme="majorHAnsi"/>
          <w:lang w:val="es-ES"/>
        </w:rPr>
        <w:t xml:space="preserve"> </w:t>
      </w:r>
      <w:r w:rsidRPr="00AC62F7">
        <w:rPr>
          <w:rFonts w:asciiTheme="majorHAnsi" w:eastAsia="Times New Roman" w:hAnsiTheme="majorHAnsi" w:cstheme="majorHAnsi"/>
          <w:lang w:val="es-ES"/>
        </w:rPr>
        <w:tab/>
        <w:t>QUIERO AGENDA (se deberá abonar el coste de la misma en septiembre)</w:t>
      </w:r>
    </w:p>
    <w:p w:rsidR="00B5445B" w:rsidRPr="00AC62F7" w:rsidRDefault="00B5445B" w:rsidP="00AC62F7">
      <w:pPr>
        <w:pStyle w:val="Prrafodelista"/>
        <w:numPr>
          <w:ilvl w:val="0"/>
          <w:numId w:val="15"/>
        </w:numPr>
        <w:spacing w:before="100" w:beforeAutospacing="1" w:after="100" w:afterAutospacing="1"/>
        <w:rPr>
          <w:rFonts w:asciiTheme="majorHAnsi" w:eastAsia="Times New Roman" w:hAnsiTheme="majorHAnsi" w:cstheme="majorHAnsi"/>
          <w:u w:val="single"/>
          <w:lang w:val="es-ES"/>
        </w:rPr>
      </w:pPr>
      <w:r w:rsidRPr="00AC62F7">
        <w:rPr>
          <w:rFonts w:asciiTheme="majorHAnsi" w:hAnsiTheme="majorHAnsi" w:cstheme="majorHAnsi"/>
          <w:color w:val="000000" w:themeColor="text1"/>
          <w:lang w:val="es-ES"/>
        </w:rPr>
        <w:t>Mediante este impreso, formalizan la pre-matrícula de su hijo/a e</w:t>
      </w:r>
      <w:r w:rsidR="00EC256D" w:rsidRPr="00AC62F7">
        <w:rPr>
          <w:rFonts w:asciiTheme="majorHAnsi" w:hAnsiTheme="majorHAnsi" w:cstheme="majorHAnsi"/>
          <w:color w:val="000000" w:themeColor="text1"/>
          <w:lang w:val="es-ES"/>
        </w:rPr>
        <w:t>n este Centro en el curso</w:t>
      </w:r>
      <w:r w:rsidRPr="00AC62F7">
        <w:rPr>
          <w:rFonts w:asciiTheme="majorHAnsi" w:hAnsiTheme="majorHAnsi" w:cstheme="majorHAnsi"/>
          <w:color w:val="000000" w:themeColor="text1"/>
          <w:lang w:val="es-ES"/>
        </w:rPr>
        <w:t>, para cursar las enseñanzas que se detallan en este impreso. Declaran bajo su responsabilidad que son ciertos los datos que se consignan en el mismo y se comprometen a comunicar al Centro las posibles variaciones que hayan de ser actualizadas.</w:t>
      </w:r>
    </w:p>
    <w:p w:rsidR="00B5445B" w:rsidRPr="00EC256D" w:rsidRDefault="00B5445B" w:rsidP="00B5445B">
      <w:pPr>
        <w:tabs>
          <w:tab w:val="left" w:leader="dot" w:pos="7806"/>
        </w:tabs>
        <w:spacing w:before="109"/>
        <w:ind w:left="1345"/>
        <w:rPr>
          <w:rFonts w:asciiTheme="majorHAnsi" w:hAnsiTheme="majorHAnsi" w:cstheme="majorHAnsi"/>
          <w:sz w:val="24"/>
          <w:lang w:val="es-ES"/>
        </w:rPr>
      </w:pPr>
      <w:r w:rsidRPr="00EC256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63E2165" wp14:editId="2893FE2E">
                <wp:simplePos x="0" y="0"/>
                <wp:positionH relativeFrom="page">
                  <wp:posOffset>5403388</wp:posOffset>
                </wp:positionH>
                <wp:positionV relativeFrom="paragraph">
                  <wp:posOffset>121881</wp:posOffset>
                </wp:positionV>
                <wp:extent cx="451484" cy="12827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484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445B" w:rsidRDefault="00B5445B" w:rsidP="00B5445B">
                            <w:pPr>
                              <w:spacing w:line="201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3E2165" id="_x0000_t202" coordsize="21600,21600" o:spt="202" path="m,l,21600r21600,l21600,xe">
                <v:stroke joinstyle="miter"/>
                <v:path gradientshapeok="t" o:connecttype="rect"/>
              </v:shapetype>
              <v:shape id="Textbox 168" o:spid="_x0000_s1026" type="#_x0000_t202" style="position:absolute;left:0;text-align:left;margin-left:425.45pt;margin-top:9.6pt;width:35.55pt;height:10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" filled="f" stroked="f">
                <v:path arrowok="t"/>
                <v:textbox inset="0,0,0,0">
                  <w:txbxContent>
                    <w:p w:rsidR="00B5445B" w:rsidRDefault="00B5445B" w:rsidP="00B5445B">
                      <w:pPr>
                        <w:spacing w:line="201" w:lineRule="exact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256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508AE00F" wp14:editId="7AC285DF">
                <wp:simplePos x="0" y="0"/>
                <wp:positionH relativeFrom="page">
                  <wp:posOffset>5429846</wp:posOffset>
                </wp:positionH>
                <wp:positionV relativeFrom="paragraph">
                  <wp:posOffset>60469</wp:posOffset>
                </wp:positionV>
                <wp:extent cx="574040" cy="193675"/>
                <wp:effectExtent l="0" t="0" r="0" b="0"/>
                <wp:wrapNone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040" h="193675">
                              <a:moveTo>
                                <a:pt x="573468" y="0"/>
                              </a:moveTo>
                              <a:lnTo>
                                <a:pt x="0" y="0"/>
                              </a:lnTo>
                              <a:lnTo>
                                <a:pt x="0" y="193281"/>
                              </a:lnTo>
                              <a:lnTo>
                                <a:pt x="573468" y="193281"/>
                              </a:lnTo>
                              <a:lnTo>
                                <a:pt x="5734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148FC" id="Graphic 169" o:spid="_x0000_s1026" style="position:absolute;margin-left:427.55pt;margin-top:4.75pt;width:45.2pt;height:15.2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04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" path="m573468,l,,,193281r573468,l573468,xe" stroked="f">
                <v:path arrowok="t"/>
                <w10:wrap anchorx="page"/>
              </v:shape>
            </w:pict>
          </mc:Fallback>
        </mc:AlternateContent>
      </w:r>
      <w:r w:rsidRPr="00EC256D">
        <w:rPr>
          <w:rFonts w:asciiTheme="majorHAnsi" w:hAnsiTheme="majorHAnsi" w:cstheme="majorHAnsi"/>
          <w:sz w:val="18"/>
          <w:lang w:val="es-ES"/>
        </w:rPr>
        <w:t>En</w:t>
      </w:r>
      <w:r w:rsidRPr="00EC256D">
        <w:rPr>
          <w:rFonts w:asciiTheme="majorHAnsi" w:hAnsiTheme="majorHAnsi" w:cstheme="majorHAnsi"/>
          <w:spacing w:val="-2"/>
          <w:sz w:val="18"/>
          <w:lang w:val="es-ES"/>
        </w:rPr>
        <w:t xml:space="preserve"> </w:t>
      </w:r>
      <w:r w:rsidRPr="00EC256D">
        <w:rPr>
          <w:rFonts w:asciiTheme="majorHAnsi" w:hAnsiTheme="majorHAnsi" w:cstheme="majorHAnsi"/>
          <w:sz w:val="18"/>
          <w:lang w:val="es-ES"/>
        </w:rPr>
        <w:t>..........................................................................,</w:t>
      </w:r>
      <w:r w:rsidRPr="00EC256D">
        <w:rPr>
          <w:rFonts w:asciiTheme="majorHAnsi" w:hAnsiTheme="majorHAnsi" w:cstheme="majorHAnsi"/>
          <w:spacing w:val="-2"/>
          <w:sz w:val="18"/>
          <w:lang w:val="es-ES"/>
        </w:rPr>
        <w:t xml:space="preserve"> </w:t>
      </w:r>
      <w:r w:rsidRPr="00EC256D">
        <w:rPr>
          <w:rFonts w:asciiTheme="majorHAnsi" w:hAnsiTheme="majorHAnsi" w:cstheme="majorHAnsi"/>
          <w:sz w:val="18"/>
          <w:lang w:val="es-ES"/>
        </w:rPr>
        <w:t>a</w:t>
      </w:r>
      <w:r w:rsidRPr="00EC256D">
        <w:rPr>
          <w:rFonts w:asciiTheme="majorHAnsi" w:hAnsiTheme="majorHAnsi" w:cstheme="majorHAnsi"/>
          <w:spacing w:val="1"/>
          <w:sz w:val="18"/>
          <w:lang w:val="es-ES"/>
        </w:rPr>
        <w:t xml:space="preserve"> </w:t>
      </w:r>
      <w:r w:rsidRPr="00EC256D">
        <w:rPr>
          <w:rFonts w:asciiTheme="majorHAnsi" w:hAnsiTheme="majorHAnsi" w:cstheme="majorHAnsi"/>
          <w:sz w:val="18"/>
          <w:lang w:val="es-ES"/>
        </w:rPr>
        <w:t xml:space="preserve">......... </w:t>
      </w:r>
      <w:r w:rsidRPr="00EC256D">
        <w:rPr>
          <w:rFonts w:asciiTheme="majorHAnsi" w:hAnsiTheme="majorHAnsi" w:cstheme="majorHAnsi"/>
          <w:spacing w:val="-5"/>
          <w:sz w:val="18"/>
          <w:lang w:val="es-ES"/>
        </w:rPr>
        <w:t>de</w:t>
      </w:r>
      <w:r w:rsidRPr="00EC256D">
        <w:rPr>
          <w:rFonts w:asciiTheme="majorHAnsi" w:hAnsiTheme="majorHAnsi" w:cstheme="majorHAnsi"/>
          <w:sz w:val="18"/>
          <w:lang w:val="es-ES"/>
        </w:rPr>
        <w:tab/>
      </w:r>
      <w:proofErr w:type="spellStart"/>
      <w:r w:rsidRPr="00EC256D">
        <w:rPr>
          <w:rFonts w:asciiTheme="majorHAnsi" w:hAnsiTheme="majorHAnsi" w:cstheme="majorHAnsi"/>
          <w:sz w:val="18"/>
          <w:lang w:val="es-ES"/>
        </w:rPr>
        <w:t>de</w:t>
      </w:r>
      <w:proofErr w:type="spellEnd"/>
      <w:r w:rsidRPr="00EC256D">
        <w:rPr>
          <w:rFonts w:asciiTheme="majorHAnsi" w:hAnsiTheme="majorHAnsi" w:cstheme="majorHAnsi"/>
          <w:sz w:val="18"/>
          <w:lang w:val="es-ES"/>
        </w:rPr>
        <w:t>..</w:t>
      </w:r>
      <w:r w:rsidRPr="00EC256D">
        <w:rPr>
          <w:rFonts w:asciiTheme="majorHAnsi" w:hAnsiTheme="majorHAnsi" w:cstheme="majorHAnsi"/>
          <w:spacing w:val="32"/>
          <w:sz w:val="18"/>
          <w:lang w:val="es-ES"/>
        </w:rPr>
        <w:t xml:space="preserve"> </w:t>
      </w:r>
      <w:r w:rsidR="00432B68">
        <w:rPr>
          <w:rFonts w:asciiTheme="majorHAnsi" w:hAnsiTheme="majorHAnsi" w:cstheme="majorHAnsi"/>
          <w:spacing w:val="-4"/>
          <w:position w:val="2"/>
          <w:sz w:val="24"/>
          <w:lang w:val="es-ES"/>
        </w:rPr>
        <w:t>202__</w:t>
      </w:r>
    </w:p>
    <w:p w:rsidR="00B5445B" w:rsidRPr="00B5445B" w:rsidRDefault="00B5445B" w:rsidP="00B5445B">
      <w:pPr>
        <w:spacing w:before="76"/>
        <w:rPr>
          <w:sz w:val="18"/>
          <w:lang w:val="es-ES"/>
        </w:rPr>
      </w:pPr>
    </w:p>
    <w:p w:rsidR="00B5445B" w:rsidRPr="00EC256D" w:rsidRDefault="00B5445B" w:rsidP="00B5445B">
      <w:pPr>
        <w:tabs>
          <w:tab w:val="left" w:pos="3263"/>
          <w:tab w:val="left" w:pos="6803"/>
        </w:tabs>
        <w:ind w:right="248"/>
        <w:jc w:val="center"/>
        <w:rPr>
          <w:rFonts w:asciiTheme="majorHAnsi" w:hAnsiTheme="majorHAnsi" w:cstheme="majorHAnsi"/>
          <w:sz w:val="18"/>
          <w:lang w:val="es-ES"/>
        </w:rPr>
      </w:pPr>
      <w:r w:rsidRPr="00EC256D">
        <w:rPr>
          <w:rFonts w:asciiTheme="majorHAnsi" w:hAnsiTheme="majorHAnsi" w:cstheme="majorHAnsi"/>
          <w:sz w:val="18"/>
          <w:lang w:val="es-ES"/>
        </w:rPr>
        <w:t>(Firma</w:t>
      </w:r>
      <w:r w:rsidRPr="00EC256D">
        <w:rPr>
          <w:rFonts w:asciiTheme="majorHAnsi" w:hAnsiTheme="majorHAnsi" w:cstheme="majorHAnsi"/>
          <w:spacing w:val="-2"/>
          <w:sz w:val="18"/>
          <w:lang w:val="es-ES"/>
        </w:rPr>
        <w:t xml:space="preserve"> padre)</w:t>
      </w:r>
      <w:r w:rsidRPr="00EC256D">
        <w:rPr>
          <w:rFonts w:asciiTheme="majorHAnsi" w:hAnsiTheme="majorHAnsi" w:cstheme="majorHAnsi"/>
          <w:sz w:val="18"/>
          <w:lang w:val="es-ES"/>
        </w:rPr>
        <w:tab/>
        <w:t>(Firma</w:t>
      </w:r>
      <w:r w:rsidRPr="00EC256D">
        <w:rPr>
          <w:rFonts w:asciiTheme="majorHAnsi" w:hAnsiTheme="majorHAnsi" w:cstheme="majorHAnsi"/>
          <w:spacing w:val="-1"/>
          <w:sz w:val="18"/>
          <w:lang w:val="es-ES"/>
        </w:rPr>
        <w:t xml:space="preserve"> </w:t>
      </w:r>
      <w:r w:rsidRPr="00EC256D">
        <w:rPr>
          <w:rFonts w:asciiTheme="majorHAnsi" w:hAnsiTheme="majorHAnsi" w:cstheme="majorHAnsi"/>
          <w:spacing w:val="-2"/>
          <w:sz w:val="18"/>
          <w:lang w:val="es-ES"/>
        </w:rPr>
        <w:t>madre)</w:t>
      </w:r>
      <w:r w:rsidRPr="00EC256D">
        <w:rPr>
          <w:rFonts w:asciiTheme="majorHAnsi" w:hAnsiTheme="majorHAnsi" w:cstheme="majorHAnsi"/>
          <w:sz w:val="18"/>
          <w:lang w:val="es-ES"/>
        </w:rPr>
        <w:tab/>
        <w:t>(Firma</w:t>
      </w:r>
      <w:r w:rsidRPr="00EC256D">
        <w:rPr>
          <w:rFonts w:asciiTheme="majorHAnsi" w:hAnsiTheme="majorHAnsi" w:cstheme="majorHAnsi"/>
          <w:spacing w:val="-3"/>
          <w:sz w:val="18"/>
          <w:lang w:val="es-ES"/>
        </w:rPr>
        <w:t xml:space="preserve"> </w:t>
      </w:r>
      <w:r w:rsidRPr="00EC256D">
        <w:rPr>
          <w:rFonts w:asciiTheme="majorHAnsi" w:hAnsiTheme="majorHAnsi" w:cstheme="majorHAnsi"/>
          <w:spacing w:val="-2"/>
          <w:sz w:val="18"/>
          <w:lang w:val="es-ES"/>
        </w:rPr>
        <w:t>alumno/a)</w:t>
      </w:r>
    </w:p>
    <w:p w:rsidR="00281856" w:rsidRPr="00FE1FDC" w:rsidRDefault="00281856" w:rsidP="00AC4BE2">
      <w:pPr>
        <w:jc w:val="both"/>
        <w:rPr>
          <w:rFonts w:asciiTheme="majorHAnsi" w:hAnsiTheme="majorHAnsi"/>
          <w:lang w:val="es-ES"/>
        </w:rPr>
      </w:pPr>
    </w:p>
    <w:sectPr w:rsidR="00281856" w:rsidRPr="00FE1FDC" w:rsidSect="00AC62F7">
      <w:headerReference w:type="default" r:id="rId14"/>
      <w:footerReference w:type="default" r:id="rId15"/>
      <w:pgSz w:w="12240" w:h="15840"/>
      <w:pgMar w:top="946" w:right="720" w:bottom="1016" w:left="862" w:header="284" w:footer="6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1E3F" w:rsidRDefault="00421E3F" w:rsidP="00FE1FDC">
      <w:pPr>
        <w:spacing w:after="0" w:line="240" w:lineRule="auto"/>
      </w:pPr>
      <w:r>
        <w:separator/>
      </w:r>
    </w:p>
  </w:endnote>
  <w:endnote w:type="continuationSeparator" w:id="0">
    <w:p w:rsidR="00421E3F" w:rsidRDefault="00421E3F" w:rsidP="00FE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2210" w:rsidRDefault="00232210" w:rsidP="00FE1FDC">
    <w:pPr>
      <w:pStyle w:val="Piedepgina"/>
      <w:ind w:left="-426"/>
    </w:pPr>
    <w:r w:rsidRPr="00FE1FDC">
      <w:rPr>
        <w:noProof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5F290698" wp14:editId="43EECE62">
              <wp:simplePos x="0" y="0"/>
              <wp:positionH relativeFrom="column">
                <wp:posOffset>3764280</wp:posOffset>
              </wp:positionH>
              <wp:positionV relativeFrom="paragraph">
                <wp:posOffset>26670</wp:posOffset>
              </wp:positionV>
              <wp:extent cx="2743200" cy="527050"/>
              <wp:effectExtent l="0" t="0" r="0" b="6350"/>
              <wp:wrapSquare wrapText="bothSides"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527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32210" w:rsidRDefault="00232210" w:rsidP="00AC4BE2">
                          <w:pPr>
                            <w:spacing w:after="0" w:line="220" w:lineRule="atLeast"/>
                            <w:jc w:val="righ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  <w:p w:rsidR="00232210" w:rsidRPr="00FE1FDC" w:rsidRDefault="00232210" w:rsidP="00AC4BE2">
                          <w:pPr>
                            <w:spacing w:after="0" w:line="220" w:lineRule="atLeast"/>
                            <w:jc w:val="righ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</w:pPr>
                          <w:r w:rsidRPr="00FE1FDC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  <w:t xml:space="preserve">Tel: 926 254150 </w:t>
                          </w:r>
                        </w:p>
                        <w:p w:rsidR="00232210" w:rsidRPr="00FE1FDC" w:rsidRDefault="00232210" w:rsidP="00AC4BE2">
                          <w:pPr>
                            <w:spacing w:after="0" w:line="220" w:lineRule="atLeast"/>
                            <w:jc w:val="righ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</w:pPr>
                          <w:r w:rsidRPr="00FE1FDC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de-DE"/>
                            </w:rPr>
                            <w:t>e-mail: 13004675.ies@educastillalamancha.es</w:t>
                          </w:r>
                        </w:p>
                        <w:p w:rsidR="00232210" w:rsidRPr="00FE1FDC" w:rsidRDefault="00232210" w:rsidP="00AC4BE2">
                          <w:pPr>
                            <w:jc w:val="right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29069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296.4pt;margin-top:2.1pt;width:3in;height:41.5pt;z-index:25166592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" filled="f" stroked="f">
              <v:textbox>
                <w:txbxContent>
                  <w:p w:rsidR="00232210" w:rsidRDefault="00232210" w:rsidP="00AC4BE2">
                    <w:pPr>
                      <w:spacing w:after="0" w:line="220" w:lineRule="atLeast"/>
                      <w:jc w:val="righ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</w:pPr>
                  </w:p>
                  <w:p w:rsidR="00232210" w:rsidRPr="00FE1FDC" w:rsidRDefault="00232210" w:rsidP="00AC4BE2">
                    <w:pPr>
                      <w:spacing w:after="0" w:line="220" w:lineRule="atLeast"/>
                      <w:jc w:val="righ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</w:pPr>
                    <w:r w:rsidRPr="00FE1FDC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  <w:t xml:space="preserve">Tel: 926 254150 </w:t>
                    </w:r>
                  </w:p>
                  <w:p w:rsidR="00232210" w:rsidRPr="00FE1FDC" w:rsidRDefault="00232210" w:rsidP="00AC4BE2">
                    <w:pPr>
                      <w:spacing w:after="0" w:line="220" w:lineRule="atLeast"/>
                      <w:jc w:val="righ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</w:pPr>
                    <w:r w:rsidRPr="00FE1FDC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de-DE"/>
                      </w:rPr>
                      <w:t>e-mail: 13004675.ies@educastillalamancha.es</w:t>
                    </w:r>
                  </w:p>
                  <w:p w:rsidR="00232210" w:rsidRPr="00FE1FDC" w:rsidRDefault="00232210" w:rsidP="00AC4BE2">
                    <w:pPr>
                      <w:jc w:val="right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3632" behindDoc="0" locked="0" layoutInCell="1" allowOverlap="1" wp14:anchorId="5A135C12" wp14:editId="33C012AE">
              <wp:simplePos x="0" y="0"/>
              <wp:positionH relativeFrom="column">
                <wp:posOffset>-114300</wp:posOffset>
              </wp:positionH>
              <wp:positionV relativeFrom="paragraph">
                <wp:posOffset>13970</wp:posOffset>
              </wp:positionV>
              <wp:extent cx="2286000" cy="542290"/>
              <wp:effectExtent l="0" t="0" r="0" b="0"/>
              <wp:wrapSquare wrapText="bothSides"/>
              <wp:docPr id="217" name="Cuadro de texto 2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EditPoints="1" noChangeArrowheads="1" noChangeShapeType="1" noTextEdit="1"/>
                    </wps:cNvSpPr>
                    <wps:spPr bwMode="auto">
                      <a:xfrm>
                        <a:off x="0" y="0"/>
                        <a:ext cx="2286000" cy="542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32210" w:rsidRPr="0072041D" w:rsidRDefault="00232210" w:rsidP="00FE1FDC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  <w:lang w:val="es-ES"/>
                            </w:rPr>
                          </w:pPr>
                          <w:r w:rsidRPr="0072041D">
                            <w:rPr>
                              <w:rFonts w:ascii="Arial Narrow" w:hAnsi="Arial Narrow"/>
                              <w:b/>
                              <w:color w:val="7A7B7E"/>
                              <w:sz w:val="18"/>
                              <w:szCs w:val="18"/>
                              <w:lang w:val="es-ES"/>
                            </w:rPr>
                            <w:t>I.E.S. “ATENEA”</w:t>
                          </w:r>
                        </w:p>
                        <w:p w:rsidR="00232210" w:rsidRPr="0072041D" w:rsidRDefault="00232210" w:rsidP="00FE1FDC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es-ES"/>
                            </w:rPr>
                          </w:pPr>
                          <w:r w:rsidRPr="0072041D"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  <w:lang w:val="es-ES"/>
                            </w:rPr>
                            <w:t>Avenida Puente de Retama, nº 1</w:t>
                          </w:r>
                        </w:p>
                        <w:p w:rsidR="00232210" w:rsidRPr="00040A16" w:rsidRDefault="00232210" w:rsidP="00FE1FDC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  <w:t>13071 – Ciudad Real (Ciudad Real)</w:t>
                          </w:r>
                        </w:p>
                        <w:p w:rsidR="00232210" w:rsidRPr="00040A16" w:rsidRDefault="00232210" w:rsidP="00FE1FDC">
                          <w:pPr>
                            <w:spacing w:after="0" w:line="220" w:lineRule="atLeast"/>
                            <w:rPr>
                              <w:rFonts w:ascii="Arial Narrow" w:hAnsi="Arial Narrow"/>
                              <w:color w:val="7A7B7E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135C12" id="Cuadro de texto 217" o:spid="_x0000_s1028" type="#_x0000_t202" style="position:absolute;left:0;text-align:left;margin-left:-9pt;margin-top:1.1pt;width:180pt;height:42.7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" stroked="f">
              <o:lock v:ext="edit" aspectratio="t" verticies="t" text="t" shapetype="t"/>
              <v:textbox>
                <w:txbxContent>
                  <w:p w:rsidR="00232210" w:rsidRPr="0072041D" w:rsidRDefault="00232210" w:rsidP="00FE1FDC">
                    <w:pPr>
                      <w:spacing w:after="0" w:line="220" w:lineRule="atLeast"/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  <w:lang w:val="es-ES"/>
                      </w:rPr>
                    </w:pPr>
                    <w:r w:rsidRPr="0072041D">
                      <w:rPr>
                        <w:rFonts w:ascii="Arial Narrow" w:hAnsi="Arial Narrow"/>
                        <w:b/>
                        <w:color w:val="7A7B7E"/>
                        <w:sz w:val="18"/>
                        <w:szCs w:val="18"/>
                        <w:lang w:val="es-ES"/>
                      </w:rPr>
                      <w:t>I.E.S. “ATENEA”</w:t>
                    </w:r>
                  </w:p>
                  <w:p w:rsidR="00232210" w:rsidRPr="0072041D" w:rsidRDefault="00232210" w:rsidP="00FE1FDC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es-ES"/>
                      </w:rPr>
                    </w:pPr>
                    <w:r w:rsidRPr="0072041D">
                      <w:rPr>
                        <w:rFonts w:ascii="Arial Narrow" w:hAnsi="Arial Narrow"/>
                        <w:color w:val="7A7B7E"/>
                        <w:sz w:val="18"/>
                        <w:szCs w:val="18"/>
                        <w:lang w:val="es-ES"/>
                      </w:rPr>
                      <w:t>Avenida Puente de Retama, nº 1</w:t>
                    </w:r>
                  </w:p>
                  <w:p w:rsidR="00232210" w:rsidRPr="00040A16" w:rsidRDefault="00232210" w:rsidP="00FE1FDC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  <w:t>13071 – Ciudad Real (Ciudad Real)</w:t>
                    </w:r>
                  </w:p>
                  <w:p w:rsidR="00232210" w:rsidRPr="00040A16" w:rsidRDefault="00232210" w:rsidP="00FE1FDC">
                    <w:pPr>
                      <w:spacing w:after="0" w:line="220" w:lineRule="atLeast"/>
                      <w:rPr>
                        <w:rFonts w:ascii="Arial Narrow" w:hAnsi="Arial Narrow"/>
                        <w:color w:val="7A7B7E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A996584" wp14:editId="19D85DA9">
              <wp:simplePos x="0" y="0"/>
              <wp:positionH relativeFrom="column">
                <wp:posOffset>-504825</wp:posOffset>
              </wp:positionH>
              <wp:positionV relativeFrom="paragraph">
                <wp:posOffset>228600</wp:posOffset>
              </wp:positionV>
              <wp:extent cx="0" cy="590550"/>
              <wp:effectExtent l="9525" t="9525" r="9525" b="9525"/>
              <wp:wrapNone/>
              <wp:docPr id="172" name="Conector recto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905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74707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4C3BE9" id="Conector recto 17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75pt,18pt" to="-39.7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" strokecolor="#747070" strokeweight=".5pt">
              <v:stroke joinstyle="miter"/>
            </v:line>
          </w:pict>
        </mc:Fallback>
      </mc:AlternateContent>
    </w:r>
    <w:r>
      <w:tab/>
    </w:r>
    <w:r>
      <w:tab/>
    </w:r>
    <w:r>
      <w:tab/>
    </w:r>
  </w:p>
  <w:p w:rsidR="00232210" w:rsidRPr="00FE1FDC" w:rsidRDefault="00232210" w:rsidP="00FE1FDC">
    <w:pPr>
      <w:pStyle w:val="Piedepgina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1E3F" w:rsidRDefault="00421E3F" w:rsidP="00FE1FDC">
      <w:pPr>
        <w:spacing w:after="0" w:line="240" w:lineRule="auto"/>
      </w:pPr>
      <w:r>
        <w:separator/>
      </w:r>
    </w:p>
  </w:footnote>
  <w:footnote w:type="continuationSeparator" w:id="0">
    <w:p w:rsidR="00421E3F" w:rsidRDefault="00421E3F" w:rsidP="00FE1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2210" w:rsidRDefault="00232210">
    <w:pPr>
      <w:pStyle w:val="Encabezado"/>
    </w:pPr>
    <w:r>
      <w:rPr>
        <w:noProof/>
      </w:rPr>
      <w:drawing>
        <wp:anchor distT="0" distB="0" distL="114300" distR="114300" simplePos="0" relativeHeight="251651584" behindDoc="1" locked="0" layoutInCell="1" allowOverlap="1" wp14:anchorId="182825B5" wp14:editId="573B5ED4">
          <wp:simplePos x="0" y="0"/>
          <wp:positionH relativeFrom="column">
            <wp:posOffset>5361305</wp:posOffset>
          </wp:positionH>
          <wp:positionV relativeFrom="paragraph">
            <wp:posOffset>120015</wp:posOffset>
          </wp:positionV>
          <wp:extent cx="1244600" cy="385138"/>
          <wp:effectExtent l="0" t="0" r="0" b="0"/>
          <wp:wrapNone/>
          <wp:docPr id="166" name="Imagen 166" descr="ATE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ATENE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385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442D">
      <w:rPr>
        <w:noProof/>
      </w:rPr>
      <w:drawing>
        <wp:inline distT="0" distB="0" distL="0" distR="0" wp14:anchorId="1BB1CF33" wp14:editId="0F668563">
          <wp:extent cx="905933" cy="670487"/>
          <wp:effectExtent l="0" t="0" r="8890" b="0"/>
          <wp:docPr id="167" name="Imagen 167" descr="logjun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junt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850" cy="675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:rsidR="00AC62F7" w:rsidRDefault="00AC62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23.7pt;height:22.8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88" type="#_x0000_t75" style="width:22.85pt;height:22.85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2E0ECF"/>
    <w:multiLevelType w:val="hybridMultilevel"/>
    <w:tmpl w:val="D14CD318"/>
    <w:lvl w:ilvl="0" w:tplc="4298476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  <w:b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EA3553"/>
    <w:multiLevelType w:val="hybridMultilevel"/>
    <w:tmpl w:val="EEDCF7C8"/>
    <w:lvl w:ilvl="0" w:tplc="5C06A6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CC6D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E47E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2656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2C9E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9E2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FCF4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34E9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6237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FDD7CA1"/>
    <w:multiLevelType w:val="hybridMultilevel"/>
    <w:tmpl w:val="217032AA"/>
    <w:lvl w:ilvl="0" w:tplc="068A493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AC80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8A9A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6262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7266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CD9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2A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8846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46EF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3CC762B"/>
    <w:multiLevelType w:val="hybridMultilevel"/>
    <w:tmpl w:val="4134B4B8"/>
    <w:lvl w:ilvl="0" w:tplc="674AE8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03E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C2F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12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9207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F891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9A0D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1252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08F0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3201107"/>
    <w:multiLevelType w:val="hybridMultilevel"/>
    <w:tmpl w:val="C53868A6"/>
    <w:lvl w:ilvl="0" w:tplc="172AFA2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5CD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28B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642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00C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F42A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FCD1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C8C9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005B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BBD07EB"/>
    <w:multiLevelType w:val="hybridMultilevel"/>
    <w:tmpl w:val="C7768006"/>
    <w:lvl w:ilvl="0" w:tplc="DBEA25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9AB0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4AC0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3A5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1848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7204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9AE8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653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1E26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86009782">
    <w:abstractNumId w:val="8"/>
  </w:num>
  <w:num w:numId="2" w16cid:durableId="248582113">
    <w:abstractNumId w:val="6"/>
  </w:num>
  <w:num w:numId="3" w16cid:durableId="980037129">
    <w:abstractNumId w:val="5"/>
  </w:num>
  <w:num w:numId="4" w16cid:durableId="114447883">
    <w:abstractNumId w:val="4"/>
  </w:num>
  <w:num w:numId="5" w16cid:durableId="129979259">
    <w:abstractNumId w:val="7"/>
  </w:num>
  <w:num w:numId="6" w16cid:durableId="1920091597">
    <w:abstractNumId w:val="3"/>
  </w:num>
  <w:num w:numId="7" w16cid:durableId="2024552128">
    <w:abstractNumId w:val="2"/>
  </w:num>
  <w:num w:numId="8" w16cid:durableId="1660231922">
    <w:abstractNumId w:val="1"/>
  </w:num>
  <w:num w:numId="9" w16cid:durableId="1750347209">
    <w:abstractNumId w:val="0"/>
  </w:num>
  <w:num w:numId="10" w16cid:durableId="1693261128">
    <w:abstractNumId w:val="10"/>
  </w:num>
  <w:num w:numId="11" w16cid:durableId="849294798">
    <w:abstractNumId w:val="14"/>
  </w:num>
  <w:num w:numId="12" w16cid:durableId="1524052422">
    <w:abstractNumId w:val="12"/>
  </w:num>
  <w:num w:numId="13" w16cid:durableId="770977907">
    <w:abstractNumId w:val="13"/>
  </w:num>
  <w:num w:numId="14" w16cid:durableId="2035039813">
    <w:abstractNumId w:val="11"/>
  </w:num>
  <w:num w:numId="15" w16cid:durableId="1338533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2392"/>
    <w:rsid w:val="00034616"/>
    <w:rsid w:val="0006063C"/>
    <w:rsid w:val="00064FC4"/>
    <w:rsid w:val="000F7968"/>
    <w:rsid w:val="001144E4"/>
    <w:rsid w:val="0012185C"/>
    <w:rsid w:val="0015074B"/>
    <w:rsid w:val="001508A2"/>
    <w:rsid w:val="00152F3D"/>
    <w:rsid w:val="0020516D"/>
    <w:rsid w:val="00221C23"/>
    <w:rsid w:val="00224DAA"/>
    <w:rsid w:val="00232210"/>
    <w:rsid w:val="002650DE"/>
    <w:rsid w:val="00267CA5"/>
    <w:rsid w:val="002740E6"/>
    <w:rsid w:val="00281856"/>
    <w:rsid w:val="0029639D"/>
    <w:rsid w:val="002D0380"/>
    <w:rsid w:val="00326F90"/>
    <w:rsid w:val="0033261B"/>
    <w:rsid w:val="003355A0"/>
    <w:rsid w:val="00343182"/>
    <w:rsid w:val="00383BEA"/>
    <w:rsid w:val="00391C2E"/>
    <w:rsid w:val="003D507B"/>
    <w:rsid w:val="0040022A"/>
    <w:rsid w:val="00401B13"/>
    <w:rsid w:val="00417BF4"/>
    <w:rsid w:val="00421E3F"/>
    <w:rsid w:val="00432B68"/>
    <w:rsid w:val="00467812"/>
    <w:rsid w:val="00551533"/>
    <w:rsid w:val="00582726"/>
    <w:rsid w:val="005F0AFB"/>
    <w:rsid w:val="00681EAF"/>
    <w:rsid w:val="006A2608"/>
    <w:rsid w:val="006A47DE"/>
    <w:rsid w:val="006B275C"/>
    <w:rsid w:val="006C25BB"/>
    <w:rsid w:val="006C5CB4"/>
    <w:rsid w:val="006D58EB"/>
    <w:rsid w:val="0070476B"/>
    <w:rsid w:val="00767BD9"/>
    <w:rsid w:val="007D2232"/>
    <w:rsid w:val="0085455B"/>
    <w:rsid w:val="009F75AE"/>
    <w:rsid w:val="00A75DA1"/>
    <w:rsid w:val="00AA1D8D"/>
    <w:rsid w:val="00AB3E0A"/>
    <w:rsid w:val="00AB424E"/>
    <w:rsid w:val="00AC25FA"/>
    <w:rsid w:val="00AC49B3"/>
    <w:rsid w:val="00AC4BE2"/>
    <w:rsid w:val="00AC62F7"/>
    <w:rsid w:val="00AC7A8C"/>
    <w:rsid w:val="00B1018B"/>
    <w:rsid w:val="00B33284"/>
    <w:rsid w:val="00B47730"/>
    <w:rsid w:val="00B5445B"/>
    <w:rsid w:val="00B629A7"/>
    <w:rsid w:val="00B84F19"/>
    <w:rsid w:val="00B93A29"/>
    <w:rsid w:val="00B956B9"/>
    <w:rsid w:val="00C2483B"/>
    <w:rsid w:val="00C51FC3"/>
    <w:rsid w:val="00CB0664"/>
    <w:rsid w:val="00CD17AA"/>
    <w:rsid w:val="00D22223"/>
    <w:rsid w:val="00D35524"/>
    <w:rsid w:val="00D41654"/>
    <w:rsid w:val="00DA0706"/>
    <w:rsid w:val="00DA411B"/>
    <w:rsid w:val="00DA47E6"/>
    <w:rsid w:val="00DC3396"/>
    <w:rsid w:val="00DF50D9"/>
    <w:rsid w:val="00E411DC"/>
    <w:rsid w:val="00EA2912"/>
    <w:rsid w:val="00EC256D"/>
    <w:rsid w:val="00F02A6D"/>
    <w:rsid w:val="00F87B8B"/>
    <w:rsid w:val="00F949E9"/>
    <w:rsid w:val="00FC693F"/>
    <w:rsid w:val="00FE1FDC"/>
    <w:rsid w:val="00FE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AD074B"/>
  <w14:defaultImageDpi w14:val="330"/>
  <w15:docId w15:val="{543E2018-CDD6-4A2D-96D9-7CE89334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B5445B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445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820397-9709-4F86-94EE-2092B5FD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Microsoft Office User</cp:lastModifiedBy>
  <cp:revision>3</cp:revision>
  <cp:lastPrinted>2025-05-11T20:30:00Z</cp:lastPrinted>
  <dcterms:created xsi:type="dcterms:W3CDTF">2025-05-11T20:30:00Z</dcterms:created>
  <dcterms:modified xsi:type="dcterms:W3CDTF">2025-05-11T20:31:00Z</dcterms:modified>
  <cp:category/>
</cp:coreProperties>
</file>